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1S/252/2011 z 15. 1. 2012</w:t>
      </w:r>
    </w:p>
    <w:p>
      <w:r>
        <w:t>Uznesenie Krajského súdu Bratislava z 15. januára 2012, sp. zn. 1S/252/2011, ECLI:SK:KSBA:2012:1011202005.1</w:t>
      </w:r>
    </w:p>
    <w:p>
      <w:r>
        <w:t>Súd: Krajský súd Bratislava</w:t>
      </w:r>
    </w:p>
    <w:p>
      <w:r>
        <w:t>Spisová značka: 1S/252/2011</w:t>
      </w:r>
    </w:p>
    <w:p>
      <w:r>
        <w:t>ECLI: ECLI:SK:KSBA:2012:1011202005.1</w:t>
      </w:r>
    </w:p>
    <w:p>
      <w:r>
        <w:t>Dátum vydania: 15. 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1S/252/2011 Identifikačné číslo súdneho spisu: 1011202005 Dátum vydania rozhodnutia: 16. 01. 2012 Meno a priezvisko sudcu, VSÚ: JUDr. Nora Majerníková ECLI: ECLI:SK:KSBA:2012:1011202005.1 Uznesenie Krajský súd v Bratislave v právnej veci žalobcu: Všeobecná zdravotná poisťovňa, a.s., Mamateyova 17, 850 05 Bratislava proti žalovanému: Úrad pre dohľad nad zdravotnou starostlivosťou, Žellova 2, 829 24 Bratislava o preskúmanie zákonnosti rozhodnutia č. DK 91/000079/2007/R zo dňa 16.9.2011, takto r o z h o d o l : Krajský súd v Bratislave p r i b e r á do konania účastníka správneho konania: W. G., nar. XX.XX.XXXX, bytom Y. J. č. X, XXX XX Y. J.. o d ô v o d n e n i e : Žalobou doručenou Krajskému súdu v Bratislave dňa 27.12.2011 sa žalobca domáhal preskúmania rozhodnutia žalovaného č. DK 91/000079/2007/R zo dňa 16.9.2011, ktorým žalovaný vyhovel odvolaniu W. G. a zmenil platobný výmer Všeobecnej zdravotnej poisťovne, pobočka Galanta č. 2380/2004/1 zo dňa 7.10.2004 o platení poistného na zdravotné poistenie. Podľa § 250 ods. 1 O.s.p. účastníkmi konania sú žalobca a žalovaný. Súd aj bez návrhu uznesením priberie do konania účastníka správneho konania, ktorého práva a povinnosti by mohli byť zrušením správneho konania dotknuté. Nakoľko W. G., nar. XX.XX.XXXX, bytom Y. J. č. X, XXX XX Y. J. je účastníkom správneho konania a výsledkom tohto sporu môžu byť dotknuté jej práva a povinnosti, súd rozhodol tak, ako je uvedené vo výroku tohto uznesenia. Poučenie: Proti tomuto uzneseniu nie je možné podať odvolanie.</w:t>
      </w:r>
    </w:p>
    <w:p/>
    <w:p>
      <w:r>
        <w:t>Zdroj: KAUZIS.SK – https://www.kauzis.sk/judikatura/r/ECLI:SK:KSBA:2012:1011202005.1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