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5Sp/11/2011 z 18. 6. 2012</w:t>
      </w:r>
    </w:p>
    <w:p>
      <w:r>
        <w:t>Rozsudok Krajského súdu Bratislava z 18. júna 2012, sp. zn. 5Sp/11/2011, ECLI:SK:KSBA:2012:1011202013.2</w:t>
      </w:r>
    </w:p>
    <w:p>
      <w:r>
        <w:t>Súd: Krajský súd Bratislava</w:t>
      </w:r>
    </w:p>
    <w:p>
      <w:r>
        <w:t>Spisová značka: 5Sp/11/2011</w:t>
      </w:r>
    </w:p>
    <w:p>
      <w:r>
        <w:t>ECLI: ECLI:SK:KSBA:2012:1011202013.2</w:t>
      </w:r>
    </w:p>
    <w:p>
      <w:r>
        <w:t>Dátum vydania: 18. 6.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5Sp/11/2011 Identifikačné číslo súdneho spisu: 1011202013 Dátum vydania rozhodnutia: 19. 06. 2012 Meno a priezvisko sudcu, VSÚ: JUDr. Peter Pospech ECLI: ECLI:SK:KSBA:2012:1011202013.2 ROZSUDOK V MENE SLOVENSKEJ REPUBLIKY Krajský súd v Bratislave pred samosudcom JUDr. Petrom Pospechom, v právnej veci navrhovateľa: PRODESK, spol. s r.o., Trenčianska 30, 821 09 Bratislava, IČO: 45645108, proti odporcovi: Správa katastra pre hlavné mesto SR Bratislavu, Ružová dolina 27, 821 09 Bratislava, za účasti spoločnosti AV 1, s.r.o., Ivánska cesta 10, 821 04 Bratislava, IČO: 43859186, o preskúmanie napadnutého rozhodnutia č.k. V-19668/11 zo dňa 9.8.2011 takto r o z h o d o l : Krajský súd v Bratislave napadnuté rozhodnutie odporkyne č. V-19668/11 zo dňa 9.8.2011 p o t v r d z u j e. Navrhovateľovi súd náhradu trov konania nepriznáva. Navrhovateľ je povinný zaplatiť na účet Krajského súdu v Bratislave, Záhradnícka 10, Bratislava, titulom súdneho poplatku za návrh sumu 33,- eur, a to do 3 dní od právoplatnosti rozhodnutia. o d ô v o d n e n i e : Napadnutým rozhodnutím Správy katastra pre hlavné mesto SR Bratislavu č.k. V-19668/11 zo dňa 9.8.2011 bolo rozhodnuté vo veci návrhu na vklad záložného práva do katastra nehnuteľností vo veci účastníkov PRODESK s.r.o., Trenčianska 30, Bratislava a AV 1, spol. s.r.o., Ivánska cesta 10, Bratislava, nehnuteľnosti na liste vlastníctva č. XXXX, katastrálne územie C., pozemok E., W..Č.. XXXXX/XXX - ostatné plochy o výmere 6072 m2, pozemok E. W..Č.. XXXXX/XXX - zastavané plochy a nádvoria o výmere 585 m2, pozemok E. W..Č.. XXXXX/XXX - zastavané plochy a nádvoria o výmere 195 m2, pozemok CKN W..Č.. XXXXX/XXX - zastavané plochy a nádvoria o výmere 4 m2, pozemok E. W..Č.. XXXXX/XXX - ostatné plochy o výmere 334 m2 tak, že správny orgán v súlade s ust. § 31 ods. 3 katastrálneho zákona návrh na vklad zamietol. V odôvodnení uviedol, že v konaní zistil, že záložca nie je vlastníkom predmetu zálohu a teda nie je oprávnený s predmetnými nehnuteľnosťami nakladať. Proti tomuto rozhodnutiu sa odvolal navrhovateľ, ktorý uviedol, že v čase keď záložnú zmluvu uzavieral, bola vlastníkom nehnuteľnosti spoločnosť AV 1 s.r.o. Podľa zistení navrhovateľa, voči DUO consulting s.r.o. je vedené súdne konanie o určenie vlastníckeho práva a preto žiadal odporcu o prerušenie konania do rozhodnutia o určení vlastníctva. Krajský súd v Bratislave ako súd vecne a miestne príslušný na konanie podľa tretej hlavy, piatej časti O.s.p. preskúmal rozhodnutie odporcu v rozsahu dôvodov, ktoré uviedol navrhovateľ vo svojom opravnom prostriedku podľa § 244 ods. 1 O.s.p. a zistil, že opravný prostriedok navrhovateľa nie je dôvodný. Z obsahu spisového materiálu zistil nasledovný skutkový a právny stav: Účastníci konania podaním doručeným dňa 29.7.2011 Správe katastra navrhli vklad záložného práva do katastra nehnuteľností podľa záložnej zmluvy a konanie bolo vedené pod č.k. V-19668/11. Podľa § 31 ods. 1 katastrálneho zákona Správa katastra preskúma predloženú záložnú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 Podľa § 31 ods. 3 katastrálneho zákona, ak sú podmienky na vklad splnené, správa katastra vklad povolí, inak zamietne. Správa katastra pri posudzovaní oprávnenia nakladať s nehnuteľnosťou zistila, že záložca - spoločnosť AV 1 s.r.o, IČO: 4385986, zast. Petrom Lošonským nie je oprávnená nakladať s predmetom zálohu, nakoľko predmetná nehnuteľnosť na liste vlastníctva č. XXXX v k.ú. C. nie je vo vlastníctve spoločnosti AV 1 s.r.o., IČO: 4385986. Predmetné nehnuteľnosti spoločnosť DUO consulting s.r.o. nadobudla na základe kúpnej zmluvy, doručenej správe katastra dňa 25.11.2011. Rozhodnutie o povolení vkladu vlastníckeho práva podľa kúpnej zmluvy V-19043/11 správa katastra vydala dňa 27.7.2011. Podľa ust. § 41 ods. 2 katastrálneho zákona sa práva k tej istej nehnuteľnosti zapisujú v poradí, v akom sa odporcovi doručili zmluvy, verejné listiny alebo iné listiny o vzniku, zmene alebo zániku práva k nehnuteľnosti na zápis do katastra. Konania dňa 19.6.2012 sa navrhovateľ ani ďalší účastník konania nezúčastnili, avšak termín pojednávana brali na vedomie, čo potvrdili vykázaním doručenia predvolania. Vzhľadom k tomu súd pokračoval v konaní po prijatí procesného uznesenia bez ich účasti podľa § 101 ods. 2 O.s.p. Podľa § 151 d ods. 3 Občianskeho zákonníka záložné právo možno zriadiť na vec, byt a nebytový priestor vo vlastníctve záložcu, alebo na právo a na inú majetkovú hodnotu, ktoré patria záložcovi. Nakoľko vyššie uvedené nehnuteľnosti, ktoré mali byť predmetom záložného práva nie sú evidované vo vlastníctve záložcu, tento nie je oprávnený k nim zriaďovať záložné právo. Vzhľadom k tomu súd dospel k záveru, že napadnuté rozhodnutie správy katastra, ktoré je uvedené vo výrokovej časti rozhodnutia je správne a bolo vydané v súlade so zákonom a preto ho potvrdil podľa § 250q ods. 2 O.s.p. Výrok o trovách konania súd oprel o neúspešnosť navrhovateľa v spore, ktorému v súlade s ust. § 250k a l. O.s.p. trovy konania nepriznal. Vzhľadom na neúspešnosť navrhovateľa v spore konajúci súd ho zaviazal zaplatiť na účet tunajšieho súdu súdny poplatok 33,- eur, a to do 3 dní od právoplatnosti rozhodnutia. Poučenie: Proti tomuto rozhodnutiu je možné podať odvolanie v lehote 15 dní od doručenia rozhodnutia na Krajskom súde v Bratislave. V odvolaní sa má uviesť okrem všeobecných náležitostí (§ 42 ods. 3 O.s.p.) proti ktorému rozhodnutiu odvolanie smeruje, v akom rozsahu ho napáda a v čom vidí odvolávateľ nesprávnosť postupu a rozhodnutia konajúceho súdu.</w:t>
      </w:r>
    </w:p>
    <w:p/>
    <w:p>
      <w:r>
        <w:t>Zdroj: KAUZIS.SK – https://www.kauzis.sk/judikatura/r/ECLI:SK:KSBA:2012:1011202013.2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