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2CoZm/12/2011 z 1. 10. 2012</w:t>
      </w:r>
    </w:p>
    <w:p>
      <w:r>
        <w:t>Uznesenie Krajského súdu Bratislava z 1. októbra 2012, sp. zn. 2CoZm/12/2011, ECLI:SK:KSBA:2012:1011897920.1</w:t>
      </w:r>
    </w:p>
    <w:p>
      <w:r>
        <w:t>Súd: Krajský súd Bratislava</w:t>
      </w:r>
    </w:p>
    <w:p>
      <w:r>
        <w:t>Spisová značka: 2CoZm/12/2011</w:t>
      </w:r>
    </w:p>
    <w:p>
      <w:r>
        <w:t>ECLI: ECLI:SK:KSBA:2012:1011897920.1</w:t>
      </w:r>
    </w:p>
    <w:p>
      <w:r>
        <w:t>Dátum vydania: 1. 10.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2CoZm/12/2011 Identifikačné číslo súdneho spisu: 1011897920 Dátum vydania rozhodnutia: 02. 10. 2012 Meno a priezvisko sudcu, VSÚ: JUDr. Zita Ilčíková ECLI: ECLI:SK:KSBA:2012:1011897920.1 Uznesenie Krajský súd v Bratislave v právnej veci navrhovateľa: J. W., so sídlom T., R. XX, O.: XX XXX XXX, proti odporcom v 1. rade: S.. D. Z., nar. XX.XX.XXXX, a v 2. rade: O.. D. Z., nar. XX.XX.XXXX, obaja bytom A., Za sédriou XX, obaja zast.: JUDr. Emíliou Šimkulákovou, Spišská Nová Ves, Štefánikovo nám. 2, o zaplatenie 146.941,54 Eur s príslušenstvom, o odvolaní navrhovateľa a odporcu proti rozsudku Okresného súdu Bratislava V č.k. 3CbZm/61/2010-93 zo dňa 16.02.2011 takto r o z h o d o l : Krajský súd v Bratislave odvolacie konanie z a s t a v u j e . Rozsudok Okresného súdu Bratislava V č.k. 3CbZm/61/2010-93 zo dňa 16.02.2011 v časti týkajúcej sa náhrady trov konania m e n í tak, že navrhovateľ je p o v i n n ý zaplatiť odporcom v 1. a 2. rade náhradu trov konania o námietkach každému po 6.496,76 Eur, k rukám advokátky JUDr. Emílie Šimkulákovej, do 3 dní od právoplatnosti tohto uznesenia. Navrhovateľ je p o v i n n ý zaplatiť odporcom v 1. a 2. rade náhradu trov odvolacieho konania 1.024,64 Eur na účet JUDr. Emílie Šimkulákovej, do 3 dní od právoplatnosti tohto uznesenia. o d ô v o d n e n i e : Napadnutým rozsudkom súd prvého stupňa zrušil zmenkový platobný rozkaz č.k. 1Zm/1/2010-16 zo dňa 26.03.2010 v celom rozsahu a navrhovateľa zaviazal zaplatiť odporcom v 1. a 2. rade každému po 5.286,57 Eur. Proti tomuto rozsudku podal v zákonom stanovenej lehote odvolanie navrhovateľ a žiadal zmeniť rozsudok súdu prvého stupňa a vydaný zmenkový platobný rozkaz ponechať v platnosti. Prípisom zo dňa 28.09.2012 navrhovateľ svoje odvolanie vzal v celom rozsahu späť, bez udania dôvodu. Podľa § 207 ods. 2, 3, O.s.p., dokiaľ o odvolaní nebolo rozhodnuté, možno ho vziať späť. Ak sa odvolanie, o ktorom nebolo rozhodnuté, vzalo späť, odvolací súd odvolacie konanie zastaví. Vzhľadom k uvedenému, odvolací súd odvolacie konanie zastavil Proti rozsudku súdu prvého stupňa podali odvolanie aj odporcovia v 1. a 2. rade a to v časti priznaných trov námietkového konania. Vo svojom odvolaní cestou právnej zástupkyne odporcovia v 1. a 2. rade namietali, že dňa 16.02.2011 právna zástupkyňa odporcov v 1. a 2. rade vyčíslila trovy konania za oboch klientov, vrátane cestovného a DPH v sume 12.993,53 Eur, pre každého z klientov 6.496,76 Eur. Súd prvého stupňa nevyčkal na vyčíslenie trov konania a nevzal do úvahy právny úkon - účasť na pojednávaní dňa 16.02.2011 a s tým súvisiace cestovné náklady a zmenu vyhlášky č. 655/2004. Právne úkony: hodnota je určená podľa § 10 ods. 1 a 2 a § 13 ods. 2 vyhl. 655/2004 Z.z. za 2 klientov: 1. Prevzatie a príprava 2 x 574,95 Eur = 1.149,90 Eur 2. Námietky voči zmenkovému platobnému rozkazu 2 x 574,95 Eur = 1.149,90 Eur 3. Pojednávanie dňa 16.02.2011 2 x 359,35 Eur = 718,70 Eur 4. Režijný paušál (4 x 7,21 Eur, 2x 7,41 Eur) 43,66 Eur Spolu bez DPH: 3.062,16 Eur + 20% DPH 612,43 Eur Spolu s DPH: 3.674,59 Eur Náklady: 1. Súdny poplatok 8.845,50 Eur 2. Cestovné - podľa priloženého vyúčtovania 226,44 Eur (podľa zákona č. 283/2002 Z.z.) 3. Náhrada za stratu času - pojednávanie - 16.02.2011 (20 x pol hodiny x 12,35 Eur) 247,00 Eur (1/60 výpočtového základu - § 17, ods. 1 vyhl.č. 655/2004 Z.z.)........................................................... Náklady spolu: 9.318,94 Eur SUMARIZÁCIA TROV: Právne úkony a náklady spolu: - Právne úkony s DPH 3.674,59 Eur - Náklady: 9.318,94 Eur Spolu: 12.993,53 Eur _ _ _ _ _ _ _ _ _ Trovy konania na účet právneho zástupcu odporcov: 12.993,53 Eur Odvolací súd preskúmal rozhodnutie súdu prvého stupňa v časti priznaných trov konania podľa § 212 ods. 1 a 214 ods. 2 O.s.p., a dospel jednohlasne k záveru, že odvolanie odporcov v 1. a 2. rade v je plnom rozsahu dôvodné, a tomuto je potrebné vyhovieť. Preto v časti priznaných trov prvostupňového konania rozsudok súdu prvého stupňa podľa § 220 O.s.p. zmenil tak, ako je uvedené vo výroku tohto rozhodnutia. O trovách odvolacieho konania bolo rozhodnuté podľa § 224 ods. 1 O.s.p., v nadväznosti na ust. § 142 ods. 1 O.s.p. s ohľadom na úspech účastníka v odvolacom konaní. Odporcovi boli trovy odvolacieho konania priznané v súlade s ust. § 13 vyhl.č. 655/2004 Z.z. a to za nasledujúce úkony poskytnutia právnej pomoci 1. Odvolanie odporcov z 28.02.2011 proti časti rozsudku: 2 x 61,41 Eur = 122,82 Eur, režijný paušál 1 x 7,41 Eur, 20% DPH 24,56 Eur, t.j. spolu 154,79 Eur (hodnota 1 právneho úkonu je zo sumy 1.210,19 Eur, t.j. rozdiel medzi uplatnenými a priznanými trovami právneho zastúpenia) 2. Vyjadrenie z 23.03.2011 k odvolaniu navrhovateľa: 2 x 359,35 Eur = 718,70 Eur, režijný paušál 1 x 7,41 Eur, 20% DPH 143,74 Eur, t.j. spolu 869,85 Eur. Spolu: 1.024,64 Eur Poučenie: Proti tomuto uzneseniu odvolanie nie je prípustné.</w:t>
      </w:r>
    </w:p>
    <w:p/>
    <w:p>
      <w:r>
        <w:t>Zdroj: KAUZIS.SK – https://www.kauzis.sk/judikatura/r/ECLI:SK:KSBA:2012:1011897920.1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