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9Co/102/2011 z 10. 10. 2012</w:t>
      </w:r>
    </w:p>
    <w:p>
      <w:r>
        <w:t>Opravné uznesenie Krajského súdu Bratislava z 10. októbra 2012, sp. zn. 9Co/102/2011, ECLI:SK:KSBA:2012:1011898549.2</w:t>
      </w:r>
    </w:p>
    <w:p>
      <w:r>
        <w:t>Súd: Krajský súd Bratislava</w:t>
      </w:r>
    </w:p>
    <w:p>
      <w:r>
        <w:t>Spisová značka: 9Co/102/2011</w:t>
      </w:r>
    </w:p>
    <w:p>
      <w:r>
        <w:t>ECLI: ECLI:SK:KSBA:2012:1011898549.2</w:t>
      </w:r>
    </w:p>
    <w:p>
      <w:r>
        <w:t>Dátum vydania: 10. 10. 2012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9Co/102/2011 Identifikačné číslo súdneho spisu: 1011898549 Dátum vydania rozhodnutia: 11. 10. 2012 Meno a priezvisko sudcu, VSÚ: JUDr. Roman Huszár ECLI: ECLI:SK:KSBA:2012:1011898549.2 Opravné uznesenie Krajský súd v Bratislave v právnej veci navrhovateľov : 1/ W. O., M. M., A. X, 2/ A. A., M. M., A. X, zastúpená Mgr. Vladimírom Grauzelom, Bratislava, Heyrovského 13, proti odporcom : 1/ Slovenská republika zastúpená Obvodým úradom Bratislava, Bratislava, Staromestská 6, 2/ O. P., M. M., A. X, zastúpená JUDr. Petrom Šmeringaiom, advokátom, AK Consulta, v.o.s., Bratislava, Šafárikovo nám. 4, o určenie neplatnosti zmluvy o prevode spoluvlastníckeho podielu, vo veci vedenej na Okresnom súde Bratislava I pod sp. zn. 22C 142/1999, v pomere hlasov 3 : 0, takto r o z h o d o l : Odvolací súd záhlavie rozsudku zo dňa 20.09.2012 č. k. 9Co 102/2011-328 opravuje tak, že toto má správne znieť : „.....proti odporcom : 1/ Slovenská republika zastúpená Obvodným úradom Bratislava, Bratislava, Staromestská 6, .....“ o d ô v o d n e n i e : Odvolací súd v konaní o návrhu navrhovateľov rozhodol dňa 20.09.2012. Pri vypracovaní písomného vyhotovenia rozsudku v jeho záhlaví odvolací súd nesprávne označil odporcu 1/ Slovenskú republiku, zastúpenú Krajským úradom v Bratislave, namiesto správneho označenia Slovenská republika, zastúpená Obvodným úradom Bratislava ( s ktorým konal aj súd prvého stupňa ).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211 ods. 2 O.s.p. ak tento zákon neustanovuje inak, pre konanie na odvolacom súde platia primerane ustanovenia o konaní pred súdom prvého stupňa. Odvolací súd vzniknuté pochybenie týmto opravným uznesením odstránil ( § 164, § 211 ods. 2 O.s.p.), keďže išlo o zrejmú chybu v písaní, ku ktorej došlo pri vyhotovovaní písomného rozsudku odvolacieho súdu. Poučenie: Proti tomuto uzneseniu odvolanie nie prípustné.</w:t>
      </w:r>
    </w:p>
    <w:p/>
    <w:p>
      <w:r>
        <w:t>Zdroj: KAUZIS.SK – https://www.kauzis.sk/judikatura/r/ECLI:SK:KSBA:2012:1011898549.2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