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3Cob/244/2011 z 22. 5. 2012</w:t>
      </w:r>
    </w:p>
    <w:p>
      <w:r>
        <w:t>Uznesenie Krajského súdu Bratislava z 22. mája 2012, sp. zn. 3Cob/244/2011, ECLI:SK:KSBA:2012:1011899117.3</w:t>
      </w:r>
    </w:p>
    <w:p>
      <w:r>
        <w:t>Súd: Krajský súd Bratislava</w:t>
      </w:r>
    </w:p>
    <w:p>
      <w:r>
        <w:t>Spisová značka: 3Cob/244/2011</w:t>
      </w:r>
    </w:p>
    <w:p>
      <w:r>
        <w:t>ECLI: ECLI:SK:KSBA:2012:1011899117.3</w:t>
      </w:r>
    </w:p>
    <w:p>
      <w:r>
        <w:t>Dátum vydania: 22.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3Cob/244/2011 Identifikačné číslo súdneho spisu: 1011899117 Dátum vydania rozhodnutia: 23. 05. 2012 Meno a priezvisko sudcu, VSÚ: JUDr. Elena Ondrišová ECLI: ECLI:SK:KSBA:2012:1011899117.3 Uznesenie Krajský súd v Bratislave v právnej veci žalobcu D.. O.. C. Ď.Ď. - Stavebnoobchodná firma A-Z, Měšťanská 9, Hodonín, IČO: 10 579 281, Česká republika, zast. advokátom JUDr. Jozefom Holičom, Lužická 7, Bratislava, proti žalovaným 1/ R. Ú. T., I.. J.., Mlynské Nivy 1, Bratislava, IČO: 31 320 155, 2/ JUDr. Ján Benčura, Záhradnícka 41, Bratislava, správca konkurznej podstaty úpadcu ŽELSTAV A-Z spol. s r. o., Štefánikova 15, Bratislava, IČO: 31 328 750, zast. advokátom JUDr. Mariánom Alušicom, Bieloruská 7, Bratislava, 3/ ITB Trade, s. r. o., Miletičova 1, Bratislava, IČO: 35 921 650, zast. advokátom Mgr. Gregorom Sadloňom, Košariská 192/42, Dunajská Lužná, 4/ NEW Vital spol. s r. o., Metodova 7, Bratislava, IČO: 36 707 333, zast. advokátom JUDr. Milanom Malatom, Prievozská 4/B, Bratislava, o určenie neplatnosti kúpnej zmluvy a určenie vlastníctva k nehnuteľnostiam, o odvolaní žalobcu proti rozsudku Okresného súdu Bratislava I v Bratislave, č. k. 26Cb/92/1998-826 z 12. januára 2011 a uzneseniu, č. k. 26Cb/92/1998-866 z 5. mája 2011, ako aj proti uzneseniu, č. k. 26Cb/92/1998-896 z 30. mája 2011 a o odvolaní žalobcu a žalovaného 1/ a 2/ proti uzneseniu Okresného súdu Bratislava I v Bratislave, č. k. 26Cb/92/1998-870 zo 4. mája 2011, jednohlasne takto r o z h o d o l : Krajský súd v Bratislave náhradu trov odvolacieho konania žalovanému 1/, 3/ a 4/ nepriznáva. Žalobca je povinný zaplatiť žalovanému 2/ náhradu trov odvolacieho konania v sume 146,42 EUR do troch dní od právoplatnosti uznesenia k rukám jeho právneho zástupcu. o d ô v o d n e n i e : Krajský súd v Bratislave rozsudkom, č. k. 3Cob/243/2011-962 z 25. apríla 2012 rozhodol, že o náhrade trov odvolacieho konania podľa § 151 ods. 3 O. s. p. rozhodne do 30 dní od právoplatnosti rozsudku. Žalovaní boli v odvolacom konaní úspešní, vzniklo im preto podľa § 224 ods. 1 a § 142 ods. 1 O. s. p. právo na náhradu ich trov. Odvolací súd nepriznal žalovanému 1/ náhradu trov odvolacieho konania, nakoľko mu v súvislosti s týmto konaním žiadne trovy nevznikli. Žalovanému 2/ priznal náhradu trov odvolacieho konania, ktoré mu vznikli na právnom zastúpení za 2 úkony právnej služby a to vyjadrenie k odvolaniu žalobcov a účasť na pojednávaní pre odvolacím súdom dňa 4. apríla 2012 v sadzbe 53,49 EUR, paušálnej náhrade hotových výdavkov 1 x 7,41 EUR a 1 x 7,63 EUR a náhrade 20% DPH v sume 22,40 EUR, t. j. v celkovej sume 146,42 EUR. Vyčíslený úkon prevzatia zastúpenia novým správcom konkurznej podstaty (žalovaným 2/) súd nepriznal, nakoľko právny zástupca zastupoval žalovaného 2/ už v prvostupňovom konaní a k zmene žalovaného došlo len následkom zmeny správcu konkurznej podstaty. Žalovaní 3/ a 4/ by mali taktiež právo na náhradu trov odvolacieho konania, odvolací súd im ich náhradu však s použitím § 150 ods. 1 v spojení s § 211 ods. 2 O. s. p. nepriznal a to z tých istých dôvodov, pre ktoré im nepriznal ani právo na náhradu trov prvostupňového konania. Navyše si žalovaní 3/ a 4/ náhradu trov odvolacieho konania v zmysle § 151 ods. 2 v spojení s § 211 ods. 2 O. s. p. ani nevyčíslili. Poučenie: Proti tomuto uzneseniu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https://www.kauzis.sk/judikatura/r/ECLI:SK:KSBA:2012:1011899117.3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