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5S/4/2012 z 1. 4. 2012</w:t>
      </w:r>
    </w:p>
    <w:p>
      <w:r>
        <w:t>Uznesenie Krajského súdu Bratislava z 1. apríla 2012, sp. zn. 5S/4/2012, ECLI:SK:KSBA:2012:1012200010.1</w:t>
      </w:r>
    </w:p>
    <w:p>
      <w:r>
        <w:t>Súd: Krajský súd Bratislava</w:t>
      </w:r>
    </w:p>
    <w:p>
      <w:r>
        <w:t>Spisová značka: 5S/4/2012</w:t>
      </w:r>
    </w:p>
    <w:p>
      <w:r>
        <w:t>ECLI: ECLI:SK:KSBA:2012:1012200010.1</w:t>
      </w:r>
    </w:p>
    <w:p>
      <w:r>
        <w:t>Dátum vydania: 1.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5S/4/2012 Identifikačné číslo súdneho spisu: 1012200010 Dátum vydania rozhodnutia: 02. 04. 2012 Meno a priezvisko sudcu, VSÚ: JUDr. Dáša Filová ECLI: ECLI:SK:KSBA:2012:1012200010.1 Uznesenie Krajský súd v Bratislave v právnej veci žalobcu: STAVOZEMIX, s.r.o., Myslavská 283, 040 16 Košice, zastúpeného: Mgr. Zdenko Nováček, Brančská 7, 851 01 Bratislava, proti žalovanému: Obvodný úrad pre cestnú dopravu a pozemné komunikácie v Malackách, Záhorácka 2942/60A, 901 01 Malacky, o preskúmanie zákonnosti rozhodnutia žalovaného č. 2011/01175-2 zo dňa 15.11.2011, o návrhu na odklad vykonateľnosti, takto r o z h o d o l : Súd odkladá vykonateľnosť rozhodnutia žalovaného č. 2011/01175-2 zo dňa 15.11.2011 v spojení s rozhodnutím Obce Marianka č. 08702/2011 zo dňa 20.09.2011, a to až do právoplatnosti rozhodnutia súdu vo veci samej. o d ô v o d n e n i e : Podaním doručeným tunajšiemu súdu dňa 03.01.2012 sa žalobca domáhal okrem preskúmania zákonnosti rozhodnutia žalovaného č. 2011/01175-2 zo dňa 15.11.2011, ktorým potvrdil rozhodnutie Obce Marianka č. 08702/2011 zo dňa 20.09.2011 o uložení pokuty vo výške 5.000 eur za správny delikt podľa ustanovenia § 22a písm. a/ bod 1 zák. č. 135/1961 Zb. o pozemných komunikáciách, aj odkladu vykonateľnosti napadnutého rozhodnutia v konaní vedenom na Krajskom súde v Bratislave pod sp. zn. 5S 4/2012 v zmysle ustanovenia § 250c ods. 1 Občianskeho súdneho poriadku (ďalej len ,,OSP“). V odôvodnení návrhu na odklad vykonateľnosti napadnutého rozhodnutia v konaní o preskúmanie zákonnosti rozhodnutia žalovaného Zn.: 2011/01175-2 zo dňa 15.11.2011 žalobca uviedol, že ekonomická situácia žalobcu je značne ovplyvnená pokračujúcou hospodárskou krízou a výkon napadnutého rozhodnutia by mu pre jeho aktuálne obmedzené finančné možnosti znemožnil úhradu miezd zamestnancov, záväzkových povinností voči štátu a dodávateľských faktúr (najmä keď sa jedná o pokutu vo výške 80 % jej zákonného maxima). Podľa § 250c ods. 1 veta druhá OSP, na žiadosť účastníka môže predseda senátu uznesením vykonateľnosť rozhodnutia odložiť, ak by okamžitým výkonom napadnutého rozhodnutia hrozila závažná ujma. Nakoľko súd považoval žiadosť žalobcu o odklad vykonateľnosti napadnutého rozhodnutia žalovaného v spojení s prvostupňovým rozhodnutím správneho orgánu za opodstatnenú, postupoval v súlade s citovaným zákonným ustanovením a rozhodol o žiadosti žalobcu spôsobom uvedeným vo výroku tohto uznesenia. Toto rozhodnutie senát Krajského súdu v Bratislave prijal pomerom hlasov 3 : 0 (§ 3 ods. 9 zákona č. 757/2004 Z.z. v znení zákona č. 33/2011 Z.z.) Poučenie: Proti tomuto uzneseniu odvolanie nie je prípustné.</w:t>
      </w:r>
    </w:p>
    <w:p/>
    <w:p>
      <w:r>
        <w:t>Zdroj: KAUZIS.SK – https://www.kauzis.sk/judikatura/r/ECLI:SK:KSBA:2012:1012200010.1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