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5S/4/2012 z 3. 6. 2012</w:t>
      </w:r>
    </w:p>
    <w:p>
      <w:r>
        <w:t>Uznesenie Krajského súdu Bratislava z 3. júna 2012, sp. zn. 5S/4/2012, ECLI:SK:KSBA:2012:1012200010.2</w:t>
      </w:r>
    </w:p>
    <w:p>
      <w:r>
        <w:t>Súd: Krajský súd Bratislava</w:t>
      </w:r>
    </w:p>
    <w:p>
      <w:r>
        <w:t>Spisová značka: 5S/4/2012</w:t>
      </w:r>
    </w:p>
    <w:p>
      <w:r>
        <w:t>ECLI: ECLI:SK:KSBA:2012:1012200010.2</w:t>
      </w:r>
    </w:p>
    <w:p>
      <w:r>
        <w:t>Dátum vydania: 3. 6.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5S/4/2012 Identifikačné číslo súdneho spisu: 1012200010 Dátum vydania rozhodnutia: 04. 06. 2012 Meno a priezvisko sudcu, VSÚ: JUDr. Dáša Filová ECLI: ECLI:SK:KSBA:2012:1012200010.2 Uznesenie Krajský súd v Bratislave v právnej veci žalobcu: STAVOZEMIX, s.r.o., Myslavská 283,040 16 Košice, zastúpený: Mgr. Zdenko Nováček, Brančská 7, 851 01 Bratislava, proti žalovanému: Obvodný úrad pre cestnú dopravu a pozemné komunikácie v Malackách, Záhorácka 2942/60A, 901 01 Malacky, o preskúmanie zákonnosti rozhodnutia žalovaného č. 2011/01175-2 zo dňa 15.11.2011, takto r o z h o d o l : Súd opravuje číslo konania uznesenia č.k. 5S/4/2012- 49 zo dňa 2.4.2012 tak, že správne znie 5S/4/2012-49. o d ô v o d n e n i e : Pri písomnom vyhotovení uznesenia Krajského súdu v Bratislave č. k. 5S/4/2012- 49 zo dňa 2.4.2012, ktorým bola odložená vykonateľnosť rozhodnutia žalovaného č. 2011/01175-2 zo dňa 15.11.2011 v spojení s rozhodnutím Obce Marianka č. 08702/2011 zo dňa 20.9.2011 do právoplatnosti rozhodnutia súdu vo veci samej, došlo k pisárskej chybe, keď bolo predmetné rozhodnutie označené č. k. 5S/ 2012-49. Správne č.k. tohto rozhodnutia je 5S/4/2012-49. Podľa § 164 O. s. 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Súd v súlade s vyššie uvedenými skutočnosťami svoje rozhodnutie opravil. Poučenie: Proti tomuto rozhodnutiu možno podať odvolanie do 15 dní odo dňa doručenia prostredníctvom podpísaného súdu na Najvyšší súd SR písomne v dvoch vyhotoveniach. Odvolaniu podanému proti rozhodnutiu, ktoré vydal súdny úradník, môže v celom rozsahu vyhovieť sudca, ktorého rozhodnutie sa považuje za rozhodnutie súdu prvého stupňa; ak sudca odvolaniu nevyhovie, predloží vec na rozhodnutie odvolaciemu súdu. V odvolaní sa má popri všeobecných náležitostiach (§ 42 ods. 3 O.s.p. 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https://www.kauzis.sk/judikatura/r/ECLI:SK:KSBA:2012:1012200010.2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