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5S/9/2012 z 28. 3. 2012</w:t>
      </w:r>
    </w:p>
    <w:p>
      <w:r>
        <w:t>Opravné uznesenie Krajského súdu Bratislava z 28. marca 2012, sp. zn. 5S/9/2012, ECLI:SK:KSBA:2012:1012200025.2</w:t>
      </w:r>
    </w:p>
    <w:p>
      <w:r>
        <w:t>Súd: Krajský súd Bratislava</w:t>
      </w:r>
    </w:p>
    <w:p>
      <w:r>
        <w:t>Spisová značka: 5S/9/2012</w:t>
      </w:r>
    </w:p>
    <w:p>
      <w:r>
        <w:t>ECLI: ECLI:SK:KSBA:2012:1012200025.2</w:t>
      </w:r>
    </w:p>
    <w:p>
      <w:r>
        <w:t>Dátum vydania: 28. 3.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5S/9/2012 Identifikačné číslo súdneho spisu: 1012200025 Dátum vydania rozhodnutia: 29. 03. 2012 Meno a priezvisko sudcu, VSÚ: Mgr. Helena Marcinkechová ECLI: ECLI:SK:KSBA:2012:1012200025.2 Opravné uznesenie Krajský súd v Bratislave v právnej veci žalobcu: U. M., XXX XX P. č. XX, proti žalovanému: Ministerstvo vnútra Slovenskej republiky, Pribinova 2, 812 72 Bratislava, o preskúmanie zákonnosti rozhodnutia žalovaného č. p.: SPC-35. 969-1/5-2003 zo dňa 17.1.2003, takto r o z h o d o l : Súd opravuje poučenie uznesenia č.k. 5S/9/2012-10 zo dňa 17.1.2012 tak, že správne znie: Proti tomuto uzneseniu je možno podať odvolanie do 15 dní odo dňa jeho doručenia prostredníctvom podpísaného súdu na Najvyšší súd SR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 o d ô v o d n e n i e : Pri písomnom vyhotovení uznesenia Krajského súdu v Bratislave č.k. 5S/9/2012-10 zo dňa 17.1.2012 došlo k pisárskej chybe, keď bolo v prvej vete poučenia tohto rozhodnutia nesprávne uvedené, že ide o rozsudok, poučenie teda znelo: „ Proti tomuto rozsudku je možno podať odvolanie do 15 dní odo dňa jeho doručenia prostredníctvom podpísaného súdu na Najvyšší súd SR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domáha.“ Správne poučenie znie: „Proti tomuto uzneseniu je možno podať odvolanie do 15 dní odo dňa jeho doručenia prostredníctvom podpísaného súdu na Najvyšší súd SR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domáha.“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https://www.kauzis.sk/judikatura/r/ECLI:SK:KSBA:2012:1012200025.2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