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9Saz/1/2012 z 20. 3. 2012</w:t>
      </w:r>
    </w:p>
    <w:p>
      <w:r>
        <w:t>Rozsudok Krajského súdu Bratislava z 20. marca 2012, sp. zn. 9Saz/1/2012, ECLI:SK:KSBA:2012:1012200032.1</w:t>
      </w:r>
    </w:p>
    <w:p>
      <w:r>
        <w:t>Súd: Krajský súd Bratislava</w:t>
      </w:r>
    </w:p>
    <w:p>
      <w:r>
        <w:t>Spisová značka: 9Saz/1/2012</w:t>
      </w:r>
    </w:p>
    <w:p>
      <w:r>
        <w:t>ECLI: ECLI:SK:KSBA:2012:1012200032.1</w:t>
      </w:r>
    </w:p>
    <w:p>
      <w:r>
        <w:t>Dátum vydania: 20. 3. 2012</w:t>
      </w:r>
    </w:p>
    <w:p>
      <w:r>
        <w:t>Forma: Rozsudok</w:t>
      </w:r>
    </w:p>
    <w:p>
      <w:r>
        <w:t>Oblasť práva: Správne právo</w:t>
      </w:r>
    </w:p>
    <w:p>
      <w:pPr>
        <w:pStyle w:val="Heading2"/>
      </w:pPr>
      <w:r>
        <w:t>Text rozhodnutia</w:t>
      </w:r>
    </w:p>
    <w:p>
      <w:r>
        <w:t>Súd: Krajský súd Bratislava Spisová značka: 9Saz/1/2012 Identifikačné číslo súdneho spisu: 1012200032 Dátum vydania rozhodnutia: 21. 03. 2012 Meno a priezvisko sudcu, VSÚ: JUDr. Ľubomír Šramko ECLI: ECLI:SK:KSBA:2012:1012200032.1 ROZSUDOK V MENE SLOVENSKEJ REPUBLIKY Krajský súd v Bratislave v konaní pred sudcom JUDr. Ľubomírom Šramkom v právnej veci navrhovateľa: pána A. P. P., narodeného X.X.XXXX, bez dokladov totožnosti, evidenčné číslo: P. XXXXXX, štátneho príslušníka P. J. T. (ďalej len P.), podľa vlastného udania v zahraničí bytom naposledy mestská časť W. B., K., W. K., P., aktuálne s miestom pobytu W. C. V. Ú. V. M. B. T. T., zastúpeného pani JUDr. Lenkou Čechovou Pisarčíkovou, pracovníčkou Spoločnosti ľudí dobrej vôle so sídlom Mäsiarska 13, Košice proti odporcovi: Ministerstvo vnútra Slovenskej republiky - Migračný úrad so sídlom Pivonková 6, Bratislava o opravnom prostriedku navrhovateľa zo dňa 9.1.2012 proti výroku rozhodnutia odporcu ČAS: MU-365-32/ PO-Ž-2011 zo dňa 29.11.2011, ktorým navrhovateľovi nebola poskytnutá doplnková ochrana takto r o z h o d o l : Krajský súd v Bratislave rozhodnutie odporcu ČAS: MU-365-32/PO-Ž-2011 zo dňa 29.11.2011 v napadnutej časti, ktorou navrhovateľovi nebola poskytnutá doplnková ochrana p o t v r d z u j e. Krajský súd v Bratislave navrhovateľovi n e p r i z n á v a právo na náhradu trov tohto konania. o d ô v o d n e n i e : Napadnutým rozhodnutím ČAS: MU-365-32/PO-Ž-2011 zo dňa 29.11.2011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Pokiaľ ide o výrok, ktorým rozhodol o neposkytnutí doplnkovej ochrany navrhovateľovi tento odôvodnil tým, že nebol splnený ani jeden zo zákonných predpokladov jej poskytnutia. Uviedol, že situácia v P. je zložitá, avšak zlá bezpečnostná situácia nie je na celom území tejto krajiny, ale iba v jej niektorých častiach. K. provincia, odkiaľ navrhovateľ pochádza, patrí medzi oblasti relatívne bezpečné v ktorej dochádza k zníženiu počtu útokov. Odporca tiež dôvodil, že i keď iba v K. žije cca 20% populácie P., uskutočňuje sa v ňom v priemere menej ako 1% útokov. Svoje právne závery doplnil o informácie o krajine pôvodu navrhovateľa, na ktoré sa v rozhodnutí odvolal a ktoré aj identifikoval. Proti výrokovej časti rozhodnutia, ktorou navrhovateľovi nebola poskytnutá doplnková ochrana podal navrhovateľ v zákonnej lehote opravný prostriedok - návrh zo dňa 9.1.2012, ktorým sa domáhal zrušenia tejto časti napadnutého rozhodnutia a jej vrátenia odporcovi na ďalšie konanie. Uviedol v ňom, že bezpečnostná situácia v celom P. je neustále veľmi zlá, ktorú skutočnosť možno charakterizovať ako vážne a individuálne ohrozenie života z dôvodu svojvoľného násilia. Poukázal tiež na skutočnosť, že odporca rozhodol v jeho veci v rozpore s ust. § 3 ods. 4 zák. č. 71/1976 Zb. o správnom konaní (správny poriadok), nakoľko v iných rozhodnutiach z obdobia septembra až novembra 2011, ktorých spisové značky identifikoval, rozhodol v tom zmysle, že v P. došlo k zhoršeniu bezpečnostnej situácie v čoho dôsledku bola neúspešným žiadateľom o azyl z tejto krajiny predĺžená poskytnutá doplnková ochrana. Následným podaním z 2.2.2012 súhlasil s prejednaním veci bez nariadenia pojednávania. Odporca navrhol vo svojom vyjadrení zo dňa 7.2.2012 k návrhu napadnuté rozhodnutie potvrdiť. Vo vzťahu k iným rozhodnutiam, na ktorých obsah navrhovateľ poukázal uviedol, že v týchto prípadoch sa posudzoval iný skutkový stav, pričom vydaním napadnutého rozhodnutia nevznikli neodôvodnené rozdiely v zmysle § 3 ods. 4 správneho poriadku. Súhlasil s prejednaním veci bez nariadenia pojednávania.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napadnutú časť rozhodnutia odporcu je potrebné potvrdiť ako vecne správne. Súd v prejednávanej veci dokazovanie nedoplnil. Pred samotným prejednaním a rozhodnutím veci sa podrobne oboznámil s obsahom prvostupňového správneho spisu ČAS: MU-365/PO-Ž-2011, ako aj predchádzajúci spis ČAS: MU-555/PO-Ž-2010. Z obsahu spisu ČAS: MU-555/PO-Ž-2010 súd zistil, že navrhovateľ potom, ako bol uznesením zo dňa 2.8.2010 administratívne vyhostený z územia Slovenskej republiky so zákazom vstupu do 1.8.2012, požiadal 6.10.2010 po prvý raz o azyl. Odporca mu rozhodnutím zo 17.12.2010, ktoré nadobudlo právoplatnosť 25.8.2011 (po preskúmaní tak Krajským súdom v Košiciach, ako aj Najvyšším súdom Slovenskej republiky), azyl neudelil a neposkytol mu doplnkovú ochranu. Z obsahu spisu ČAS: M U-365/PO-Ž-2011 súd zistil, že navrhovateľ po druhý raz požiadal o azyl 6.9.2011 z obavy o svoj život. Po vykonaní vstupného pohovoru (12.9.2011) a iných procesných úkonov odporca vyhľadal a do administratívneho spisu založil správy o krajine pôvodu navrhovateľa, pochádzajúce z rôznych zdrojov, obsahovo zamerané tak na dôvody, ktoré navrhovateľ prezentoval ako dôvody svojej žiadosti o azyl, ako aj na bezpečnostné riziká jeho prípadného návratu do P. a na aktuálnu bezpečnostnú situáciu v P. P. M. K. Z ich obsahu je zjavné, že bezpečnostná situácia v P. nie je dobrá, je nestabilná a má vo všeobecnosti nepriaznivý vývoj, pričom však toto konštatovanie sa netýka celého územia P.. Najviac incidentov je geograficky umiestnených v juho-východnej a severo-západnej časti krajiny. Časť severnej časti, centrálna a juho-západná časť krajiny sa však považuje za relatívne bezpečné územia. Medzi provincie v ktorých došlo v druhom štvrťroku 2011 k zvýšeniu počtu útokov (údaje ANSO), resp. v ktorých je počet útokov najvyšší možno bezpochyby zaradiť napr. provincie Paktya, Helmand, Uruzgan, Ghazni, Paktika, Khost, Kandahar - teda tieto provincie sú vysoko rizikové (celkovo cca 12 provincií). V ostatných provinciách nedošlo k výraznejšiemu počtu útokov, resp. ich počet nie je veľký alebo je zanedbateľný, alebo došlo k opätovnému zníženiu ich počtu (napr. Parwan, Badakhshan, Kapisa, Daykundi, Nuristan, Samangan, Bamyan, Takhar, Kabul, Nimroz, Ghor, Baghlan možno považovať za bezpečné). Podľa ust. § 3 ods. 4 správneho poriadku rozhodnutie správnych orgánov musí vychádzať zo spoľahlivo zisteného stavu veci. Správne orgány dbajú o to, aby v rozhodovaní o skutkovo zhodných alebo podobných prípadoch nevznikali neodôvodnené rozdiely. Podľa ust. § 46 správneho poriadku rozhodnutie musí byť v súlade so zákonmi a ostatnými právnymi predpismi, musí ho vydať orgán na to príslušný, musí vychádzať zo spoľahlivo zisteného stavu veci a musí obsahovať predpísané náležitosti.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v konaní bola zistená vada, ktorá mohla mať vplyv na zákonnosť rozhodnutia: Podľa názoru súdu táto námietka nie je dôvodná. Súd sa oboznámil s obsahom spisu odporcu a teda aj s celým azylovým konaním, týkajúcim sa navrhovateľa a nezistil žiadnu vadu, ktorá by mohla mať vplyv na zákonnosť odporcom vydaného rozhodnutia, konkrétne výroku o neposkytnutí doplnkovej ochrany navrhovateľovi. Pokiaľ navrhovateľ videl takúto vadu v tom, že odporca v iných konaniach, v ktorých rozhodoval o predĺžení doplnkovej ochrany neúspešným žiadateľom o azyl pochádzajúcim z P. - D. K. vydal pozitívne rozhodnutie je potrebné poukázať na skutočnosť, že usmerneniu, aby správne orgány dbali o to, aby v rozhodovaní o skutkovo zhodných alebo podobných prípadoch nevznikali neodôvodnené rozdiely predchádza povinnosť vychádzať pri rozhodnutí zo spoľahlivo zisteného stavu veci (§ 3 ods. 4, § 46 správneho poriadku). Iba takto zistený stav veci môže za aplikácie príslušných zákonných ustanovení a odôvodnenej správnej úvahe viesť k vydaniu rozhodnutia, ktoré sa vo všeobecnosti označuje ako zákonné. Niet pochýb o tom, že v opravnom prostriedku špecifikovaných rozhodnutiach odporca ako dôvod predĺženia doplnkovej ochrany uvádzal zlú bezpečnostnú situáciu. Vydanie týchto rozhodnutí však nemôže automaticky znamenať, že právne posúdenie v nich posudzovanej problematiky je správné, resp. že zistenie stavu veci, na základe ktorého došlo k ich vydaniu bolo dostatočné. Inak povedané, vydanie týchto rozhodnutí nemôže automaticky viesť - bez ďalšieho - k vydávaniu totožných rozhodnutí. Toto konštatovanie vychádza tak z logiky veci, ako aj zo samotného znenia § 3 ods. 4, § 46 správneho poriadku v ktorých ustanoveniach zákonodarca ukladá správnemu orgánu povinnosť spoľahlivého zistenia stavu veci. To, že sa správne orgány majú usilovať o to, aby pri rozhodovaní v skutkovo a právne obdobných prípadoch nedochádzalo k neodôvodneným rozdielom je iste rozumná požiadavka vyjadrená zákonodarcom, ktorá však nemôže nahrádzať spoľahlivé a dostatočné zistenie stavu veci v konkrétnej veci. Ako to vyplýva z obsahu administratívneho spisu odporcu, pre jeho výrok o neposkytnutí doplnkovej ochrany navrhovateľovi svedčí zistenie stavu veci, ku ktorej otázke sa súd podrobnejšie vyjadrí v nasledovnom odôvodnení tohto rozsudku. Súd v tejto súvislosti podotýka, že nemá oprávnenie preskúmavať a ani hodnotiť iné ako podaným opravným prostriedkom napadnuté rozhodnutie odporcu. Záverom tiež poznamenáva, že prípadná existencia namietanej „vady“ nie je bez ďalšieho dôvodom pre zrušenie rozhodnutia. K námietkam nesprávneho právneho posúdenia veci, resp. že zistenie stavu veci je v rozpore s obsahom spisu: Podľa názoru súdu ani tieto námietky nie sú dôvodné. Ako to vyplýva z obsahu odôvodnenia rozhodnutia, odporca v ňom uviedol zistenia, ku ktorým dospel z vyhľadaných správ o krajine pôvodu navrhovateľa. V žiadnom prípade situáciu v P. necharakterizoval ako stabilnú, umiernenú či pokojnú. Túto správne charakterizoval ako zložitú, pričom poukázal aj na jednotlivé konflikty či ataky, ku ktorým došlo v období, krátkom pred vydaní rozhodnutia. Podobne sa zaoberal aj obsahom správ o P., ktoré mu predložila zástupkyňa navrhovateľa v čase pred vydaním rozhodnutia. Vzhľadom na uvedené súd nedospel k názoru, žeby takto zistený stav veci bol v rozpore s obsahom spisu. Pokiaľ sa navrhovateľ domnieva, že tento rozpor spočíva v tom, že podľa jeho názoru s poukazom na zistený stav veci mal odporca vo veci vydať pozitívne rozhodnutie a teda že mu mal poskytnúť doplnkovú ochranu, táto otázka spadá do právneho posúdenia veci ako takej. Pokiaľ ide o námietku nesprávneho právneho posúdenia veci, súd sa s právnym názorom navrhovateľa nestotožnil. Navrhovateľ nebol nikdy v krajine svojho pôvodu trestne stíhaný, nebol mu uložený a ani mu nehrozí uloženie trestu smrti. Ako to sám navrhovateľ uviedol nebol objektom žiadneho zaobchádzania, ktoré by bolo možné charakterizovať ako neľudské či ponižujúce. Zo správ o krajine pôvodu nevyplýva, žeby sa navrhovateľ v prípade jeho návratu do P. ako neúspešný žiadateľ o azyl musel obávať zlého zaobchádzania. Teda neboli naplnené predpoklady § 2 písm. f/ bod 1., 2. zákona o azyle. Pokiaľ ide i bezpečnostné riziká jeho návratu v zmysle bodu 3. § 2 písm. f/ zákona o azyle, súd pokladá neposkytnutie doplnkovej ochrany za dôvodné a odôvodnenie týkajúce sa tejto problematiky za správne. Odporca správne vyhodnotil bezpečnostnú situáciu v P.. V tejto súvislosti súd poukazuje na skutočnosť, že (ako to vyplýva aj zo správ založených v spise odporcu), bezpečnostná situácia v P. je rozdielna v jeho jednotlivých oblastiach - provinciách. Skutočnosť, že v niektorých z nich je nedostatočná, resp. že má zhoršujúcu sa tendenciu neznamená, že je tomu tak aj v ostatných provinciách. Ako to je zrejmé zo správ o P. založených v spise odporcu - osobitne z tam sa nachádzajúcich grafov a tabuliek, v cca polovici P. provincií je situácia v celku uspokojivá, v niekoľkých z nich sa zlepšuje. Toto konštatovanie sa o. i. týka aj provincie a mesta K., odkiaľ navrhovateľ s najväčšou pravdepodobnosťou pochádza a kde žil. Ak teda v provincii a aj meste K. preukázateľne dochádza postupne k zlepšovaniu sa bezpečnostnej situácie, podobne ako je tomu aj v iných (avšak žiaľ nie vo všetkých) P. provinciách, existencia z bezpečnostného hľadiska rizikových oblastí - provincií nemôže viesť k záveru, že navrhovateľovi v prípade jeho návratu do P. hrozí vážne a individuálne ohrozenie jeho života alebo nedotknuteľnosti osoby. Ak teda v prejednávanej veci odporca dospel podľa názoru súdu k správnemu a odôvodnenému záveru, že pre poskytnutie doplnkovej ochrany navrhovateľovi neboli naplnené zákonné predpoklady, nemôže byť takýto právny názor negovaný výlučne tým, že odporca v iných konaniach posúdil situáciu v krajine pôvodu navrhovateľa odlišne. Pretože odporca dostatočným a zákonným spôsobom zistil stav veci, ktorý je v súlade s obsahom spisu, pričom právny záver ktorý z takto zisteného stavu veci je správny a pretože iba existencia rozhodnutí v ktorých odporca rozhodoval v približne rovnakom období o žiadateľoch pochádzajúcich z rovnakého regiónu - provincie P. v danom prípade nebola vadou, ktorá mala vplyv na zákonnosť napadnutej časti rozhodnutia, súd toto rozhodnutie, resp. opravným prostriedkom napadnutý výrok o neposkytnutí doplnkovej ochrany navrhovateľovi potvrdil. I napriek vyššie uvedenému posúdeniu vznesených námietok konajúcim súdom si súd pokladá za povinnosť poukázať na skutočnosť, že odporca by pri výkone oprávnení zverených mu zákonom o azyle mal pristupovať ku každej prejednávanej veci s rovnakou dôslednosťou, ktorá je jedným z predpokladov toho, aby nedochádzalo k vzniku prípadných pochybností o kvalite a zákonnosti vydávaných rozhodnutí.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https://www.kauzis.sk/judikatura/r/ECLI:SK:KSBA:2012:1012200032.1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