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5S/20/2012 z 16. 4. 2012</w:t>
      </w:r>
    </w:p>
    <w:p>
      <w:r>
        <w:t>Uznesenie Krajského súdu Bratislava z 16. apríla 2012, sp. zn. 5S/20/2012, ECLI:SK:KSBA:2012:1012200068.1</w:t>
      </w:r>
    </w:p>
    <w:p>
      <w:r>
        <w:t>Súd: Krajský súd Bratislava</w:t>
      </w:r>
    </w:p>
    <w:p>
      <w:r>
        <w:t>Spisová značka: 5S/20/2012</w:t>
      </w:r>
    </w:p>
    <w:p>
      <w:r>
        <w:t>ECLI: ECLI:SK:KSBA:2012:1012200068.1</w:t>
      </w:r>
    </w:p>
    <w:p>
      <w:r>
        <w:t>Dátum vydania: 16. 4. 2012</w:t>
      </w:r>
    </w:p>
    <w:p>
      <w:r>
        <w:t>Forma: Uznesenie</w:t>
      </w:r>
    </w:p>
    <w:p>
      <w:pPr>
        <w:pStyle w:val="Heading2"/>
      </w:pPr>
      <w:r>
        <w:t>Text rozhodnutia</w:t>
      </w:r>
    </w:p>
    <w:p>
      <w:r>
        <w:t>Súd: Krajský súd Bratislava Spisová značka: 5S/20/2012 Identifikačné číslo súdneho spisu: 1012200068 Dátum vydania rozhodnutia: 17. 04. 2012 Meno a priezvisko sudcu, VSÚ: JUDr. Viera Šebestová ECLI: ECLI:SK:KSBA:2012:1012200068.1 Uznesenie Krajský súd v Bratislave v právnej veci žalobcu: JUDr. Y. V., advokát, E. XX, XXX XX M., proti žalovanému: Centrum právnej pomoci, Námestie slobody 12, 810 05 Bratislava, IČO: 30 79 88 41, v konaní proti nečinnosti orgánu verejnej správy, takto r o z h o d o l : Súd konanie z a s t a v u j e . Žiaden z účastníkov nemá právo na náhradu trov konania. o d ô v o d n e n i e : Žalobou doručenou pôvodne Najvyššiemu súdu SR dňa 08.11.2011 a tunajšiemu súdu postúpenou dňa 17.01.2012 sa žalobca domáhal, aby súd vydal uznesenie, ktorým žalovanému uloží povinnosť rozhodnúť v správnom konaní o návrhu žalobcu zo dňa 21.06.2010 na priznanie a vyplatenie náhrady trov konania ustanovenému advokátovi JUDr. Y. V. v právnej veci navrhovateľa D. E. proti I./ I. M., II./ O. M., o určenie otcovstva, vedenej na Okresnom súde Košice II pod sp. zn. 13C 39/2008 v lehote 30-ich dní od právoplatnosti tohto uznesenia postupom podľa štvrtej hlavy piatej časti O.s.p. Podaním doručeným súdu dňa 16.03.2012 a pred konaním vo veci samej žalobca súdu oznámil, že žalobu berie v celom rozsahu späť a žiada konanie zastaviť z dôvodu, že žalovaný medzičasom vo veci rozhodol, a ktoré jeho rozhodnutie mu bolo doručené dňa 14.03.2012.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účinné späťvzatie žaloby žalobcom dňa 16.03.2012 súd konanie vo veci podľa § 250d ods. 3 O.s.p. zastavil. O náhrade trov konania súd rozhodol podľa § 146 ods. 1 písm. c/ v spojitosti s ust. § 246c O.s.p. a právo na ich náhradu žiadnemu z účastníkov konania nepriznal, keď konanie bolo zastavené. Toto rozhodnutie senát Krajského súdu v Bratislave prijal pomerom hlasov 3:0. Poučenie: Proti tomuto uzneseniu je možno podať odvolanie do 15 dní odo dňa jeho doručenia prostredníctvom podpísaného súdu k Najvyššiemu súdu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https://www.kauzis.sk/judikatura/r/ECLI:SK:KSBA:2012:1012200068.1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