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5S/22/2012 z 3. 4. 2012</w:t>
      </w:r>
    </w:p>
    <w:p>
      <w:r>
        <w:t>Uznesenie Krajského súdu Bratislava z 3. apríla 2012, sp. zn. 5S/22/2012, ECLI:SK:KSBA:2012:1012200077.1</w:t>
      </w:r>
    </w:p>
    <w:p>
      <w:r>
        <w:t>Súd: Krajský súd Bratislava</w:t>
      </w:r>
    </w:p>
    <w:p>
      <w:r>
        <w:t>Spisová značka: 5S/22/2012</w:t>
      </w:r>
    </w:p>
    <w:p>
      <w:r>
        <w:t>ECLI: ECLI:SK:KSBA:2012:1012200077.1</w:t>
      </w:r>
    </w:p>
    <w:p>
      <w:r>
        <w:t>Dátum vydania: 3.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5S/22/2012 Identifikačné číslo súdneho spisu: 1012200077 Dátum vydania rozhodnutia: 04. 04. 2012 Meno a priezvisko sudcu, VSÚ: JUDr. Dáša Filová ECLI: ECLI:SK:KSBA:2012:1012200077.1 Uznesenie Krajský súd v Bratislave v právnej veci žalobcu: Y. X., I. 7, XXX XX V., zastúpeného: AK JUDr. Viera Malinowska s.r.o., Lamačská cesta 3, 841 04 Bratislava, proti žalovanému: Ústredie práce, sociálnych vecí a rodiny, Špitálska 8, 812 67 Bratislava, o preskúmanie zákonnosti rozhodnutia žalovaného č. AA/2011/19453-NSVOSSD zo dňa 20.12.2011, o návrhu na odklad vykonateľnosti, takto r o z h o d o l : Súd odkladá vykonateľnosť rozhodnutia žalovaného č. AA/2011/19453-NSVOSSD zo dňa 20.12.2011, a to až do právoplatnosti rozhodnutia súdu vo veci samej. o d ô v o d n e n i e : Podaním doručeným tunajšiemu súdu dňa 19.01.2012 sa žalobkyňa domáhala preskúmania zákonnosti rozhodnutia žalovaného č. AA/2011/19453-NSVOSSD zo dňa 20.12.2011, ktorým rozhodol o odvolaní proti rozhodnutiu Úradu práce, sociálnych vecí a rodiny, Bratislava, odboru sociálnych vecí a rodiny, pracovisko Bratislava V č. B5/2011/36644/04/POT zo dňa 13.10.2011, ktorým bolo uložené žalobkyni vrátiť opakovaný príspevok na dieťa v celkovej sume 1019,43 Eur, v konaní vedenom na Krajskom súde v Bratislave pod sp. zn. 5S 22/2012. V odôvodnení návrhu na odklad vykonateľnosti napadnutého rozhodnutia v konaní o preskúmanie zákonnosti rozhodnutia žalovaného č. AA/2011/19453-NSVOSSD zo dňa 20.12.2011 žalobkyňa uviedla, že s ohľadom na charakter veci a jej zárobkové pomery by okamžitým výkonom napadnutého rozhodnutia jej hrozila závažná ujma, nakoľko jej mesačný príjem je 475,- Eur a maloletú osobu vyživuje sama a bola by ohrozená spôsobilosť postarať sa a zabezpečiť základné potreby osvojenej maloletej dcéry. Podľa § 250c ods. 1 veta druhá OSP, na žiadosť účastníka môže predseda senátu uznesením vykonateľnosť rozhodnutia odložiť, ak by okamžitým výkonom napadnutého rozhodnutia hrozila závažná ujma. Nakoľko súd považoval žiadosť žalobkyne o odklad vykonateľnosti napadnutého rozhodnutia žalovaného správneho orgánu za opodstatnenú, postupoval v súlade s citovaným zákonným ustanovením a rozhodol o žiadosti žalobkyne spôsobom uvedeným vo výroku tohto uznesenia. Toto rozhodnutie senát Krajského súdu v Bratislave prijal pomerom hlasov 3 : 0 (§ 3 ods. 9 zákona č. 757/2004 Z.z. v znení zákona č. 33/2011 Z.z.) Poučenie: Proti tomuto uzneseniu odvolanie nie je prípustné.</w:t>
      </w:r>
    </w:p>
    <w:p/>
    <w:p>
      <w:r>
        <w:t>Zdroj: KAUZIS.SK – https://www.kauzis.sk/judikatura/r/ECLI:SK:KSBA:2012:1012200077.1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