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5Scud/7/2012 z 26. 1. 2012</w:t>
      </w:r>
    </w:p>
    <w:p>
      <w:r>
        <w:t>Rozhodnutie Krajského súdu Bratislava z 26. januára 2012, sp. zn. 5Scud/7/2012, ECLI:SK:KSBA:2012:1012200100.1</w:t>
      </w:r>
    </w:p>
    <w:p>
      <w:r>
        <w:t>Súd: Krajský súd Bratislava</w:t>
      </w:r>
    </w:p>
    <w:p>
      <w:r>
        <w:t>Spisová značka: 5Scud/7/2012</w:t>
      </w:r>
    </w:p>
    <w:p>
      <w:r>
        <w:t>ECLI: ECLI:SK:KSBA:2012:1012200100.1</w:t>
      </w:r>
    </w:p>
    <w:p>
      <w:r>
        <w:t>Dátum vydania: 26. 1. 2012</w:t>
      </w:r>
    </w:p>
    <w:p>
      <w:r>
        <w:t>Forma: Rozhodnutie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5Scud/7/2012 Identifikačné číslo súdneho spisu: 1012200100 Dátum vydania rozhodnutia: 27. 01. 2012 Meno a priezvisko sudcu, VSÚ: JUDr. Milota Tóthová ECLI: ECLI:SK:KSBA:2012:1012200100.1 Rozhodnutie Krajský súd v Bratislave v právnej veci navrhovateľa D. A., bytom Q. O. XXXX/XX, H., Č. W.,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10.11.2011 žiadal preskúmať rozhodnutie odporkyne číslo XXXXXXX XXX X U.o dňa 28.10.2011, ktorým odporkyňa zamietla žiadosť o invalidný dôchodok, nakoľko navrhovateľ nezískal potrebný počet rokov na nárok na invalidný dôchodok podľa § 72 ods. 2 písm. f) zákona č. 461/2003 Z.z. o sociálnom poistení v znení zákona č. 721/2004 Z.z. Odporkyňa vydala rozhodnutie číslo XXXXXXX XXX zo dňa 5.12.2011, ktorým priznala navrhovateľovi podľa § 70 ods. 1, § 255 ods. 1, § 293ax ods. 1 a § 82 zákona č. 461/2003 Z.z. o sociálnom poistení v znení neskorších predpisov od 1.1.2010 invalidný dôchodok, čím navrhovateľovi celkom vyhovela.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https://www.kauzis.sk/judikatura/r/ECLI:SK:KSBA:2012:1012200100.1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