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5Sd/23/2012 z 25. 4. 2012</w:t>
      </w:r>
    </w:p>
    <w:p>
      <w:r>
        <w:t>Uznesenie Krajského súdu Bratislava z 25. apríla 2012, sp. zn. 5Sd/23/2012, ECLI:SK:KSBA:2012:1012200119.2</w:t>
      </w:r>
    </w:p>
    <w:p>
      <w:r>
        <w:t>Súd: Krajský súd Bratislava</w:t>
      </w:r>
    </w:p>
    <w:p>
      <w:r>
        <w:t>Spisová značka: 5Sd/23/2012</w:t>
      </w:r>
    </w:p>
    <w:p>
      <w:r>
        <w:t>ECLI: ECLI:SK:KSBA:2012:1012200119.2</w:t>
      </w:r>
    </w:p>
    <w:p>
      <w:r>
        <w:t>Dátum vydania: 25. 4.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5Sd/23/2012 Identifikačné číslo súdneho spisu: 1012200119 Dátum vydania rozhodnutia: 26. 04. 2012 Meno a priezvisko sudcu, VSÚ: JUDr. Milota Tóthová ECLI: ECLI:SK:KSBA:2012:1012200119.2 Uznesenie Krajský súd v Bratislave v právnej veci navrhovateľa P. T., bytom J. XX/X, W.,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25.10.2011 žiadal preskúmať rozhodnutie odporkyne číslo XXX XXX XXXX X zo dňa 23.9.2011, ktorým odporkyňa uvoľnila výplatu invalidného dôchodku od 14. júla 2011. Písomným prehlásením zo dňa 18.2.2012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https://www.kauzis.sk/judikatura/r/ECLI:SK:KSBA:2012:1012200119.2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