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2S/41/2012 z 19. 4. 2012</w:t>
      </w:r>
    </w:p>
    <w:p>
      <w:r>
        <w:t>Uznesenie Krajského súdu Bratislava z 19. apríla 2012, sp. zn. 2S/41/2012, ECLI:SK:KSBA:2012:1012200192.1</w:t>
      </w:r>
    </w:p>
    <w:p>
      <w:r>
        <w:t>Súd: Krajský súd Bratislava</w:t>
      </w:r>
    </w:p>
    <w:p>
      <w:r>
        <w:t>Spisová značka: 2S/41/2012</w:t>
      </w:r>
    </w:p>
    <w:p>
      <w:r>
        <w:t>ECLI: ECLI:SK:KSBA:2012:1012200192.1</w:t>
      </w:r>
    </w:p>
    <w:p>
      <w:r>
        <w:t>Dátum vydania: 19.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2S/41/2012 Identifikačné číslo súdneho spisu: 1012200192 Dátum vydania rozhodnutia: 20. 04. 2012 Meno a priezvisko sudcu, VSÚ: JUDr. Ivana Neviďanská ECLI: ECLI:SK:KSBA:2012:1012200192.1 Uznesenie Krajský súd v Bratislave v právnej veci žalobcu: PPC Power, a.s., Magnetová 12, 831 04 Bratislava, zastúpeného: Škubla &amp; Partneri s.r.o., Digital Park II, Einsteinova 25, 851 01 Bratislava, proti žalovanému: Finančné riaditeľstvo Slovenskej republiky, Vazovova 2, 815 11 Bratislava, o preskúmanie zákonnosti rozhodnutia Daňového riaditeľstva Slovenskej republiky č. I/221/23911-134832/2011/990423-r zo dňa 16.12.2011, takto r o z h o d o l : Súd konanie p r e r u š u j e do rozhodnutia Ústavného súdu Slovenskej republiky v konaní o súlade ustanovenia § 51b zákona č. 595/2003 Z. z. o dani z príjmov v znení zákona č. 548/2010 Z. z. a zákona č. 129/2011 Z. z. s Ústavou Slovenskej republiky, Dodatkovým protokolom k Dohovoru a Zmluvou o fungovaní Európskej únie, vedenom pod sp. zn. PL. ÚS 114/2011. o d ô v o d n e n i e : Žalobou doručenou tunajšiemu súdu dňa 06.02.2012 sa žalobca domáhal preskúmania zákonnosti rozhodnutia Daňového riaditeľstva Slovenskej republiky č. I/221/23911-134832/2011/990423-r zo dňa 16.12.2011. Žalobca podaním doručeným tunajšiemu súdu dňa 08.02.2012 požiadal o prerušenie predmetného konania do právoplatného rozhodnutia Ústavného súdu Slovenskej republiky v konaní o súlade ustanovenia § 51b zákona č. 595/2003 Z. z. o dani z príjmov v znení zákona č. 548/2010 Z. z. a zákona č. 129/2011 Z. z. s Ústavou Slovenskej republiky, Dodatkovým protokolom k Dohovoru a Zmluvou o fungovaní Európskej únie, vedenom pod sp. zn. PL. ÚS 114/2011. Podľa ustanovenia § 109 ods. 1 písm. b) prvá veta Občianskeho súdneho poriadku (ďalej len ,,OSP“), súd konanie preruší, ak rozhodnutie závisí od otázky, ktorú nie je v tomto konaní oprávnený riešiť. Vzhľadom na skutočnosť, že rozhodnutie tunajšieho súdu v predmetnej veci závisí od rozhodnutia Ústavného súdu Slovenskej republiky v konaní o súlade právnych predpisov vedenom pod sp. zn. PL. ÚS 114/2011, súd návrhu na prerušenie konania do právoplatného rozhodnutia Ústavného súdu Slovenskej republiky vyhovel tak, ako je to uvedené vo výroku tohto uznesenia. Poučenie: Proti tomuto uzneseniu možno podať odvolanie do 15 dní odo dňa jeho doručenia na Krajský súd v Bratislave, písomne v troch vyhotoveniach.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https://www.kauzis.sk/judikatura/r/ECLI:SK:KSBA:2012:1012200192.1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