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5S/63/2012 z 26. 4. 2012</w:t>
      </w:r>
    </w:p>
    <w:p>
      <w:r>
        <w:t>Uznesenie Krajského súdu Bratislava z 26. apríla 2012, sp. zn. 5S/63/2012, ECLI:SK:KSBA:2012:1012200268.1</w:t>
      </w:r>
    </w:p>
    <w:p>
      <w:r>
        <w:t>Súd: Krajský súd Bratislava</w:t>
      </w:r>
    </w:p>
    <w:p>
      <w:r>
        <w:t>Spisová značka: 5S/63/2012</w:t>
      </w:r>
    </w:p>
    <w:p>
      <w:r>
        <w:t>ECLI: ECLI:SK:KSBA:2012:1012200268.1</w:t>
      </w:r>
    </w:p>
    <w:p>
      <w:r>
        <w:t>Dátum vydania: 26.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5S/63/2012 Identifikačné číslo súdneho spisu: 1012200268 Dátum vydania rozhodnutia: 27. 04. 2012 Meno a priezvisko sudcu, VSÚ: JUDr. Viera Šebestová ECLI: ECLI:SK:KSBA:2012:1012200268.1 Uznesenie B. súd v Bratislave v právnej veci žalobcu: T. s.r.o., B. XX, Q., IČO: XXXXXXXX zastúpený KRION Partners s.r.o, Jozefská 3, 811 06 Bratislava, proti žalovanému: Finančné riaditeľstvo, Vazovova 2, 815 11 Bratislava o preskúmanie zákonnosti rozhodnutia žalovaného č. I/XXX/XXXX-XXXXX/XXXX/ XXXXXX-r zo dňa XX.XX.XXXX o návrhu na odklad vykonateľnosti, takto r o z h o d o l : Krajský súd v Bratislave o d k l a d á vykonateľnosť rozhodnutia žalovaného č. I/XXX/XXXX-XXXXX/ XXXX/XXXXXX-r zo dňa XX.XX.XXXX do právoplatného skončenia konania sp. zn. 5S XX/XXXX. o d ô v o d n e n i e : Žalobca sa žalobou doručenou súdu dňa 10.02.2012 domáhal, aby súd zrušil rozhodnutie žalovaného č. I/XXX/XXXX-XXXXX/XXXX/XXXXXX-r zo dňa XX.XX.XXXX a rozhodnutie správcu dane č. XXX/ XXX/XXXXXX/XX/Zac zo dňa 21.12.2010 a vec mu vrátil na ďalšie konanie. Predmetom rozhodnutia správcu dane platobným výmerom zo dňa 21.12.2010 bolo nepriznanie nadmerného odpočtu dane z pridanej hodnoty za zdaňovacie obdobie október 2009 vo výške XXX.XXX,XX eur, ktorý žalovaný potvrdil napadnutým rozhodnutím zo dňa XX.XX.XXXX. Žalobca podaním, žiadosti o odklad vykonateľnosti uvedených rozhodnutí zo dňa XX.XX.XXXX a 05.01.2011, ktorú žiadosť odôvodnil tým, že uvedenými rozhodnutiami hrozí žalobcovi závažná ujma a žalobca ďalej tvrdil, že oba správne orgány konali v rozpore s únijovým právom, ktoré sa týka vnútorného trhu EU a voľného pohybu tovaru služieb, osôb a kapitálu v EU.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https://www.kauzis.sk/judikatura/r/ECLI:SK:KSBA:2012:1012200268.1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