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1S/44/2012 z 2. 4. 2012</w:t>
      </w:r>
    </w:p>
    <w:p>
      <w:r>
        <w:t>Uznesenie Krajského súdu Bratislava z 2. apríla 2012, sp. zn. 1S/44/2012, ECLI:SK:KSBA:2012:1012200269.1</w:t>
      </w:r>
    </w:p>
    <w:p>
      <w:r>
        <w:t>Súd: Krajský súd Bratislava</w:t>
      </w:r>
    </w:p>
    <w:p>
      <w:r>
        <w:t>Spisová značka: 1S/44/2012</w:t>
      </w:r>
    </w:p>
    <w:p>
      <w:r>
        <w:t>ECLI: ECLI:SK:KSBA:2012:1012200269.1</w:t>
      </w:r>
    </w:p>
    <w:p>
      <w:r>
        <w:t>Dátum vydania: 2.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1S/44/2012 Identifikačné číslo súdneho spisu: 1012200269 Dátum vydania rozhodnutia: 03. 04. 2012 Meno a priezvisko sudcu, VSÚ: JUDr. Nora Majerníková ECLI: ECLI:SK:KSBA:2012:1012200269.1 Uznesenie Krajský súd v Bratislave v právnej veci žalobcu: JPF s.r.o., Košická 37, Bratislava proti žalovanému: Finančné riaditeľstvo SR, Vazovova 2, Bratislava o návrhu na odklad vykonateľnosti, takto r o z h o d o l : Krajský súd v Bratislave odkladá vykonateľnosť rozhodnutia žalovaného č. I/222/5401-26949/2011/991050-r zo dňa 25.11.2011 v spojení s dodatočným platobným výmerom č. 601/230/155758/10/Zac zo dňa 21.12.2010 až do právoplatného rozhodnutia súdu vo veci samej. o d ô v o d n e n i e : Žalobca sa žalobou doručenou tunajšiemu súdu dňa 10.2.2012 domáhal preskúmania zákonnosti rozhodnutia žalovaného č. I/222/5401-26949/2011/991050-r zo dňa 25.11.2011 v spojení s dodatočným platobným výmerom č. 601/230/155758/10/Zac zo dňa 21.12.2010. Žalobca zároveň požiadal súd o odklad vykonateľnosti uvedeného rozhodnutia žalovaného. Ako dôvod tejto žiadosti uviedol, že predmetnou daňovou kontrolou bolo neúmerne zasiahnuté do majetkových práv žalobcu, pričom vzhľadom na výšku nepriznaného nadmerného odpočtu dane (301.462,73 €) by prípadným výkonom napadnutého rozhodnutia žalobcovi hrozila závažná majetková ujma.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https://www.kauzis.sk/judikatura/r/ECLI:SK:KSBA:2012:1012200269.1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