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5Sd/46/2012 z 22. 5. 2012</w:t>
      </w:r>
    </w:p>
    <w:p>
      <w:r>
        <w:t>Uznesenie Krajského súdu Bratislava z 22. mája 2012, sp. zn. 5Sd/46/2012, ECLI:SK:KSBA:2012:1012200274.1</w:t>
      </w:r>
    </w:p>
    <w:p>
      <w:r>
        <w:t>Súd: Krajský súd Bratislava</w:t>
      </w:r>
    </w:p>
    <w:p>
      <w:r>
        <w:t>Spisová značka: 5Sd/46/2012</w:t>
      </w:r>
    </w:p>
    <w:p>
      <w:r>
        <w:t>ECLI: ECLI:SK:KSBA:2012:1012200274.1</w:t>
      </w:r>
    </w:p>
    <w:p>
      <w:r>
        <w:t>Dátum vydania: 22.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5Sd/46/2012 Identifikačné číslo súdneho spisu: 1012200274 Dátum vydania rozhodnutia: 23. 05. 2012 Meno a priezvisko sudcu, VSÚ: JUDr. Milota Tóthová ECLI: ECLI:SK:KSBA:2012:1012200274.1 Uznesenie Krajský súd v Bratislave v právnej veci navrhovateľky I. S., bytom G. XXXX/XX, H., prechodne bytom PoS. XXX, Č.,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28.10.2011 žiadala preskúmať rozhodnutie odporkyne číslo XXX XXX XXXX zo dňa 20.10.2011, ktorým odporkyňa zamietla žiadosť o invalidný dôchodok. Písomným prehlásením zo dňa 9.5.2012, došlým súdu dňa 11.5.2012 navrhovateľka vzala späť návrh v celom rozsahu. Odporkyňa nemala námietky proti späťvzatiu návrhu.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https://www.kauzis.sk/judikatura/r/ECLI:SK:KSBA:2012:1012200274.1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