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5Sd/47/2012 z 22. 5. 2012</w:t>
      </w:r>
    </w:p>
    <w:p>
      <w:r>
        <w:t>Uznesenie Krajského súdu Bratislava z 22. mája 2012, sp. zn. 5Sd/47/2012, ECLI:SK:KSBA:2012:1012200276.2</w:t>
      </w:r>
    </w:p>
    <w:p>
      <w:r>
        <w:t>Súd: Krajský súd Bratislava</w:t>
      </w:r>
    </w:p>
    <w:p>
      <w:r>
        <w:t>Spisová značka: 5Sd/47/2012</w:t>
      </w:r>
    </w:p>
    <w:p>
      <w:r>
        <w:t>ECLI: ECLI:SK:KSBA:2012:1012200276.2</w:t>
      </w:r>
    </w:p>
    <w:p>
      <w:r>
        <w:t>Dátum vydania: 22. 5. 2012</w:t>
      </w:r>
    </w:p>
    <w:p>
      <w:r>
        <w:t>Forma: Uznesenie</w:t>
      </w:r>
    </w:p>
    <w:p>
      <w:pPr>
        <w:pStyle w:val="Heading2"/>
      </w:pPr>
      <w:r>
        <w:t>Text rozhodnutia</w:t>
      </w:r>
    </w:p>
    <w:p>
      <w:r>
        <w:t>Súd: Krajský súd Bratislava Spisová značka: 5Sd/47/2012 Identifikačné číslo súdneho spisu: 1012200276 Dátum vydania rozhodnutia: 23. 05. 2012 Meno a priezvisko sudcu, VSÚ: JUDr. Milota Tóthová ECLI: ECLI:SK:KSBA:2012:1012200276.2 Uznesenie Krajský súd v Bratislave v právnej veci navrhovateľa Š. C., bytom F. XX, C.,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31.10.2011 žiadal preskúmať rozhodnutie odporkyne číslo XXX XXX XXXX zo dňa 6.10.2011, ktorým odporkyňa zvýšila invalidný dôchodok. Písomným prehlásením zo dňa 3.5.2012, došlým súdu dňa 9.5.2012 navrhovateľ vzal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https://www.kauzis.sk/judikatura/r/ECLI:SK:KSBA:2012:1012200276.2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