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5Sd/49/2012 z 25. 3. 2012</w:t>
      </w:r>
    </w:p>
    <w:p>
      <w:r>
        <w:t>Rozhodnutie Krajského súdu Bratislava z 25. marca 2012, sp. zn. 5Sd/49/2012, ECLI:SK:KSBA:2012:1012200286.1</w:t>
      </w:r>
    </w:p>
    <w:p>
      <w:r>
        <w:t>Súd: Krajský súd Bratislava</w:t>
      </w:r>
    </w:p>
    <w:p>
      <w:r>
        <w:t>Spisová značka: 5Sd/49/2012</w:t>
      </w:r>
    </w:p>
    <w:p>
      <w:r>
        <w:t>ECLI: ECLI:SK:KSBA:2012:1012200286.1</w:t>
      </w:r>
    </w:p>
    <w:p>
      <w:r>
        <w:t>Dátum vydania: 25. 3. 2012</w:t>
      </w:r>
    </w:p>
    <w:p>
      <w:r>
        <w:t>Forma: Rozhodnutie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5Sd/49/2012 Identifikačné číslo súdneho spisu: 1012200286 Dátum vydania rozhodnutia: 26. 03. 2012 Meno a priezvisko sudcu, VSÚ: JUDr. Milota Tóthová ECLI: ECLI:SK:KSBA:2012:1012200286.1 Rozhodnutie Krajský súd v Bratislave v právnej veci navrhovateľa D.. I. P., K.., bytom F. XXXX/XX, Q., proti odporkyni Sociálnej poisťovni ústredie, Ul. 29. augusta č. 8, Bratislava, o preplatok na vdoveckom a sirotskom dôchodku, takto r o z h o d o l : Súd konanie z a s t a v u j e . Žiaden z účastníkov nemá právo na náhradu trov konania. o d ô v o d n e n i e : Navrhovateľ svojimi návrhmi zo dňa 16.12.2011 žiadal preskúmať rozhodnutie odporkyne číslo XXX XXX XXXX X zo dňa 29.11.2011, ktorým odporkyňa uložila povinnosť vrátiť neprávom vyplatený vdovecký dôchodok a rozhodnutie odporkyne číslo XXX XXX XXXX X zo dňa 29.11.2011, ktorým odporkyňa uložila povinnosť vrátiť neprávom vyplatený sirotský dôchodok Odporkyňa dňa 25.1.2012 vydala rozhodnutia číslo XXX XXX XXXX X, ktorými zrušila napadnuté rozhodnutia číslo XXX XXX XXXX X zo dňa 29.11.2011 o povinnosti vrátiť neprávom vyplatený vdovecký dôchodok a sirotský dôchodok, čím navrhovateľovi celkom vyhovela. Súd podľa § 250o O.s.p. konanie zastavil. O trovách konania súd rozhodol podľa § 246c a § 146 ods. 1 písm. c) O.s.p.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https://www.kauzis.sk/judikatura/r/ECLI:SK:KSBA:2012:1012200286.1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