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10Saz/1/2012 z 3. 9. 2012</w:t>
      </w:r>
    </w:p>
    <w:p>
      <w:r>
        <w:t>Uznesenie Krajského súdu Bratislava z 3. septembra 2012, sp. zn. 10Saz/1/2012, ECLI:SK:KSBA:2012:1012200303.3</w:t>
      </w:r>
    </w:p>
    <w:p>
      <w:r>
        <w:t>Súd: Krajský súd Bratislava</w:t>
      </w:r>
    </w:p>
    <w:p>
      <w:r>
        <w:t>Spisová značka: 10Saz/1/2012</w:t>
      </w:r>
    </w:p>
    <w:p>
      <w:r>
        <w:t>ECLI: ECLI:SK:KSBA:2012:1012200303.3</w:t>
      </w:r>
    </w:p>
    <w:p>
      <w:r>
        <w:t>Dátum vydania: 3. 9.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10Saz/1/2012 Identifikačné číslo súdneho spisu: 1012200303 Dátum vydania rozhodnutia: 04. 09. 2012 Meno a priezvisko sudcu, VSÚ: JUDr. Peter Pospech ECLI: ECLI:SK:KSBA:2012:1012200303.3 Uznesenie Krajský súd v Bratislave pred samosudcom JUDr. Petrom Pospechom, v právnej veci navrhovateľa: C. N., nar. 5.11.1978, štátna príslušnosť P., právne zast. JUDr. Andreou Duongovou, advokátkou, IČO: 434 984 69, so sídlom Šancová 70, Bratislava, adresa pre doručovanie: P.O.BOX 60, 810 11 Bratislava 111, proti odporcovi: Ministerstvo vnútra Slovenskej republiky - Migračný úrad so sídlom Pivonková 6, 812 72 Bratislava, vo veci preskúmania napadnutého rozhodnutia odporcu ČAS: MU-475-11/PO-Ž-2011 zo dňa 13.12.2011 takto r o z h o d o l : Súd konanie z a s t a v u j e. Žiaden účastníkov nemá právo na náhradu trov konania. o d ô v o d n e n i e : Dňa 17.2.2012 bol tunajšiemu súdu v Bratislave doručený návrh na preskúmanie rozhodnutia odporcu o neudelení azylu pod č.k. ČAS: MU-475-11/PO-Ž-2011. Písomným podaním, došlým súdu dňa 13.8.2012 navrhovateľ prostredníctvom svojej právnej zástupkyne zobral návrh na preskúmanie rozhodnutia Migračného úradu MV SR o neudelení azylu a neposkytnutí doplnkovej ochrany zo dňa 13.12.2011 späť. Navrhovateľ písomným podaním zo dňa 17.5.2012, ktoré malo povahu ospravedlnenia neúčasti na pojednávaní, požiadal Oddelenie cudzineckej polície o udelenie trvalého pobytu za účelom zlúčenia rodiny. Dňa 2.8.2012 bolo navrhovateľovi oznámené Prezídiom PZ, Úradom hraničnej a cudzineckej polície, Riaditeľstvom hraničnej a cudzineckej polície v Bratislave, že dňa 16.7.2012 mu bolo udelené povolenie na trvalý pobyt na päť rokov. Súd podľa § 250 d ods. 3, v spojení s § 250h ods. 2 a § 250 l ods. 2 O.s.p. konanie zastavil. Výrok o trovách konania konajúci súd oprel o ust.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https://www.kauzis.sk/judikatura/r/ECLI:SK:KSBA:2012:1012200303.3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