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5Sd/65/2012 z 24. 4. 2012</w:t>
      </w:r>
    </w:p>
    <w:p>
      <w:r>
        <w:t>Uznesenie Krajského súdu Bratislava z 24. apríla 2012, sp. zn. 5Sd/65/2012, ECLI:SK:KSBA:2012:1012200359.1</w:t>
      </w:r>
    </w:p>
    <w:p>
      <w:r>
        <w:t>Súd: Krajský súd Bratislava</w:t>
      </w:r>
    </w:p>
    <w:p>
      <w:r>
        <w:t>Spisová značka: 5Sd/65/2012</w:t>
      </w:r>
    </w:p>
    <w:p>
      <w:r>
        <w:t>ECLI: ECLI:SK:KSBA:2012:1012200359.1</w:t>
      </w:r>
    </w:p>
    <w:p>
      <w:r>
        <w:t>Dátum vydania: 24.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5Sd/65/2012 Identifikačné číslo súdneho spisu: 1012200359 Dátum vydania rozhodnutia: 25. 04. 2012 Meno a priezvisko sudcu, VSÚ: JUDr. Milota Tóthová ECLI: ECLI:SK:KSBA:2012:1012200359.1 Uznesenie Krajský súd v Bratislave v právnej veci navrhovateľky W. Z., bytom M. XXXX/XC, I.,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20.12.2011 žiadala preskúmať rozhodnutie odporkyne číslo XXX XXX XXXX X zo dňa 5.12.2011, ktorým odporkyňa zamietla žiadosť o invalidný dôchodok zo dňa 16. novembra 2011. Písomným prehlásením zo dňa 20.4.2012, došlým súdu dňa 23.4.2012 navrhovateľka vzala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https://www.kauzis.sk/judikatura/r/ECLI:SK:KSBA:2012:1012200359.1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