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5Sd/68/2012 z 1. 5. 2012</w:t>
      </w:r>
    </w:p>
    <w:p>
      <w:r>
        <w:t>Uznesenie Krajského súdu Bratislava z 1. mája 2012, sp. zn. 5Sd/68/2012, ECLI:SK:KSBA:2012:1012200370.1</w:t>
      </w:r>
    </w:p>
    <w:p>
      <w:r>
        <w:t>Súd: Krajský súd Bratislava</w:t>
      </w:r>
    </w:p>
    <w:p>
      <w:r>
        <w:t>Spisová značka: 5Sd/68/2012</w:t>
      </w:r>
    </w:p>
    <w:p>
      <w:r>
        <w:t>ECLI: ECLI:SK:KSBA:2012:1012200370.1</w:t>
      </w:r>
    </w:p>
    <w:p>
      <w:r>
        <w:t>Dátum vydania: 1. 5. 2012</w:t>
      </w:r>
    </w:p>
    <w:p>
      <w:r>
        <w:t>Forma: Uznesenie</w:t>
      </w:r>
    </w:p>
    <w:p>
      <w:pPr>
        <w:pStyle w:val="Heading2"/>
      </w:pPr>
      <w:r>
        <w:t>Text rozhodnutia</w:t>
      </w:r>
    </w:p>
    <w:p>
      <w:r>
        <w:t>Súd: Krajský súd Bratislava Spisová značka: 5Sd/68/2012 Identifikačné číslo súdneho spisu: 1012200370 Dátum vydania rozhodnutia: 02. 05. 2012 Meno a priezvisko sudcu, VSÚ: JUDr. Milota Tóthová ECLI: ECLI:SK:KSBA:2012:1012200370.1 Uznesenie Krajský súd v Bratislave v právnej veci navrhovateľky L. A., bytom G. L. XX, K.,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1.12.2011 žiadala preskúmať rozhodnutie odporkyne číslo XXX XXX XXXX zo dňa 26.10.2011, ktorým odporkyňa priznala invalidný dôchodok. Prehlásením na pojednávaní dňa 2.5.2012 navrhovateľka vzala späť návrh zo dňa 1.12.2011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https://www.kauzis.sk/judikatura/r/ECLI:SK:KSBA:2012:1012200370.1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