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5Sd/72/2012 z 25. 4. 2012</w:t>
      </w:r>
    </w:p>
    <w:p>
      <w:r>
        <w:t>Uznesenie Krajského súdu Bratislava z 25. apríla 2012, sp. zn. 5Sd/72/2012, ECLI:SK:KSBA:2012:1012200400.2</w:t>
      </w:r>
    </w:p>
    <w:p>
      <w:r>
        <w:t>Súd: Krajský súd Bratislava</w:t>
      </w:r>
    </w:p>
    <w:p>
      <w:r>
        <w:t>Spisová značka: 5Sd/72/2012</w:t>
      </w:r>
    </w:p>
    <w:p>
      <w:r>
        <w:t>ECLI: ECLI:SK:KSBA:2012:1012200400.2</w:t>
      </w:r>
    </w:p>
    <w:p>
      <w:r>
        <w:t>Dátum vydania: 25. 4. 2012</w:t>
      </w:r>
    </w:p>
    <w:p>
      <w:r>
        <w:t>Forma: Uznesenie</w:t>
      </w:r>
    </w:p>
    <w:p>
      <w:pPr>
        <w:pStyle w:val="Heading2"/>
      </w:pPr>
      <w:r>
        <w:t>Text rozhodnutia</w:t>
      </w:r>
    </w:p>
    <w:p>
      <w:r>
        <w:t>Súd: Krajský súd Bratislava Spisová značka: 5Sd/72/2012 Identifikačné číslo súdneho spisu: 1012200400 Dátum vydania rozhodnutia: 26. 04. 2012 Meno a priezvisko sudcu, VSÚ: JUDr. Milota Tóthová ECLI: ECLI:SK:KSBA:2012:1012200400.2 Uznesenie Krajský súd v Bratislave v právnej veci navrhovateľa C. J., bytom V. P. XXX, V. P., B.. E.. C. L., advokátom, C. F. R. R. D. X, L., proti odporkyni Sociálnej poisťovni ústredie, Ul. 29. augusta č. 8, Bratislava, o preskúmanie rozhodnutia odporkyne, takto r o z h o d o l : Krajský súd v Bratislave p o s t u p u j e vec Krajskému súdu v Banskej Bystrici. o d ô v o d n e n i e : Návrh na preskúmanie rozhodnutia vydaného odporkyňou číslo XXX XXX XXXX X zo dňa 27.10.2011 bol podaný prostredníctvom odporkyne dňa 29.3.2012 na Krajský súd v Bratislave. Podľa § 103 O.s.p. kedykoľvek za konania prihliada súd na to, či sú splnené podmienky, za ktorých môže konať vo veci (podmienky konania). Podľa § 11 ods. 1 O.s.p. konanie sa uskutočňuje na tom súde, ktorý je vecne a miestne príslušný. Príslušnosť sa určuje podľa okolností, ktoré tu sú v čase začatia konania a trvá až do jeho skončenia. Podľa § 246a ods. 2 O.s.p. v konaní podľa tretej hlavy piatej časti je miestne príslušný všeobecný súd navrhovateľa alebo krajský súd, v ktorého obvode je tento súd. Podľa § 250d ods. 2 O.s.p. ak predseda senátu zistí, že súd nie je vecne alebo miestne príslušný, postúpi vec uznesením príslušnému súdu. Zo spisového materiálu v danej veci vyplýva, že predmetom konania je preskúmanie rozhodnutia Sociálnej poisťovne ústredie v Bratislave, ktorým bol navrhovateľovi vymeraný starobný dôchodok, ktorý sa podľa § 55 zákona č. 100/1988 Zb. o sociálnom zabezpečení nevypláca a dňom 29. septembra 2008 nárok naň zaniká, na preskúmanie ktorého je vecne príslušný krajský súd podľa tretej hlavy piatej časti Občianskeho súdneho poriadku. V danom prípade má navrhovateľ trvalé bydlisko v V. P., a preto jeho všeobecným súdom je súd určený podľa § 85 ods. 1 O.s.p., ktorý je v obvode Krajského súdu v Banskej Bystrici (§ 85a ods. 1 O.s.p.). Nie je teda daná miestna príslušnosť Krajského súdu v Bratislave podľa § 246a ods. 2 O.s.p. a miestne príslušným na konanie vo veci je Krajský súd v Banskej Bystrici, ktorému bude vec postúpená po právoplatnosti tohto uznesenia. Poučenie: Proti tomuto uzneseniu nie je možné podať odvolanie. (§ 246c ods. 1 O.s.p.)</w:t>
      </w:r>
    </w:p>
    <w:p/>
    <w:p>
      <w:r>
        <w:t>Zdroj: KAUZIS.SK – https://www.kauzis.sk/judikatura/r/ECLI:SK:KSBA:2012:1012200400.2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