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4S/31/2012 z 18. 4. 2012</w:t>
      </w:r>
    </w:p>
    <w:p>
      <w:r>
        <w:t>Uznesenie Krajského súdu Bratislava z 18. apríla 2012, sp. zn. 4S/31/2012, ECLI:SK:KSBA:2012:1012200403.1</w:t>
      </w:r>
    </w:p>
    <w:p>
      <w:r>
        <w:t>Súd: Krajský súd Bratislava</w:t>
      </w:r>
    </w:p>
    <w:p>
      <w:r>
        <w:t>Spisová značka: 4S/31/2012</w:t>
      </w:r>
    </w:p>
    <w:p>
      <w:r>
        <w:t>ECLI: ECLI:SK:KSBA:2012:1012200403.1</w:t>
      </w:r>
    </w:p>
    <w:p>
      <w:r>
        <w:t>Dátum vydania: 18.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4S/31/2012 Identifikačné číslo súdneho spisu: 1012200403 Dátum vydania rozhodnutia: 19. 04. 2012 Meno a priezvisko sudcu, VSÚ: JUDr. Soňa Langová ECLI: ECLI:SK:KSBA:2012:1012200403.1 Uznesenie Krajský súd v Bratislave v právnej veci žalobcu: T. O., nar. XX.XX.XXXX, bytom P. XX-X, Y., Kazachstan, právne zastúpený advokátkou, JUDr. Michaelou Plavkovou, Južná trieda 93, 040 01 Košice, proti žalovanému: Prezídium Policajného zboru Slovenskej republiky, Úrad hraničnej a cudzineckej polície Policajného zboru Slovenskej republiky, Riaditeľstvo hraničnej a cudzineckej polície Policajného zboru Bratislava, Hrobákova 44, 852 42 Bratislava, o preskúmanie zákonnosti rozhodnutia žalovaného č..p.: PPZ-HCP-BA2-2011/012817-005 zo dňa 16.12.2011 v spojení s prvostupňovým rozhodnutím č.p.: PPZ- HCP-BA6-Z-4683-4/2011-DUG zo dňa 19.9.2011 o návrhu na odklad vykonateľnosti, takto r o z h o d o l : Krajský súd v Bratislave o d k l a d á vykonateľnosť rozhodnutia žalovaného č.p.: PPZ-HCP- BA2-2011/012817-005 zo dňa 16.12.2011, až do právoplatného rozhodnutia súdu o žalobe žalobcu. o d ô v o d n e n i e : Žalobca sa žalobou doručenou tunajšiemu súdu dňa 2.3.2012 domáhal preskúmania zákonnosti rozhodnutia žalovaného č..p.: PPZ-HCP-BA2-2011/012817-005 zo dňa 16.12.2011, ktorým ako odvolací správny orgán potvrdil prvostupňové rozhodnutie č.p.: PPZ-HCP-BA6-Z-4683-4/2011-DUG zo dňa 19.9.2011, ktorým správny orgán zrušil žalobcovi povolenie na prechodný pobyt na území Slovenskej republiky na účel podnikania. Žalobca zároveň požiadal súd o odklad vykonateľnosti uvedeného rozhodnutia žalovaného. Dôvodom tejto žiadosti bola skutočnosť, že okamžitým výkonom napadnutého rozhodnutia by hrozila žalobcovi závažná ujma spočívajúca v práve žalobcu na podnikanie na území Slovenskej republiky ako konateľ spoločnosti Zigma invest s.r.o., Rovinka a v práve na vlastníctvo majetku. Podľa § 250c veta druhá O. s. 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https://www.kauzis.sk/judikatura/r/ECLI:SK:KSBA:2012:1012200403.1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