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5S/83/2012 z 26. 4. 2012</w:t>
      </w:r>
    </w:p>
    <w:p>
      <w:r>
        <w:t>Uznesenie Krajského súdu Bratislava z 26. apríla 2012, sp. zn. 5S/83/2012, ECLI:SK:KSBA:2012:1012200411.1</w:t>
      </w:r>
    </w:p>
    <w:p>
      <w:r>
        <w:t>Súd: Krajský súd Bratislava</w:t>
      </w:r>
    </w:p>
    <w:p>
      <w:r>
        <w:t>Spisová značka: 5S/83/2012</w:t>
      </w:r>
    </w:p>
    <w:p>
      <w:r>
        <w:t>ECLI: ECLI:SK:KSBA:2012:1012200411.1</w:t>
      </w:r>
    </w:p>
    <w:p>
      <w:r>
        <w:t>Dátum vydania: 26.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5S/83/2012 Identifikačné číslo súdneho spisu: 1012200411 Dátum vydania rozhodnutia: 27. 04. 2012 Meno a priezvisko sudcu, VSÚ: JUDr. Viera Šebestová ECLI: ECLI:SK:KSBA:2012:1012200411.1 Uznesenie Krajský súd v Bratislave v právnej veci žalobcu: I. s.r.o., T. XX, J., IČO: XXXXXXXX zastúpený KRION Partners s.r.o, Jozefská 3, 811 06 Bratislava, proti žalovanému: V. riaditeľstvo, Vazovova 2, 815 11 Bratislava o preskúmanie zákonnosti rozhodnutia žalovaného č. I/XXX/XXXXX-XXXXXX/XXXX/ XXXXXX-r zo dňa XX.XX.XXXX o návrhu na odklad vykonateľnosti, takto r o z h o d o l : Krajský súd v Bratislave o d k l a d á vykonateľnosť rozhodnutia žalovaného č. I/XXX/XXXXX-XXXXXX/ XXXX/XXXXXX-r zo dňa XX.XX.XXXX do právoplatného skončenia konania sp. zn. 5S XX/XXXX. o d ô v o d n e n i e : Žalobca sa žalobou doručenou súdu dňa 02.03.2012 domáhal, aby súd zrušil rozhodnutie žalovaného č. I/XXX/XXXXX-XXXXXX/XXXX/XXXXXX-r zo dňa XX.XX.XXXX a rozhodnutie správcu dane č. 601/230/98559/11/Zac zo dňa XX.XX.XXXX a vec mu vrátil na ďalšie konanie. Predmetom rozhodnutia správcu dane platobným výmerom zo dňa XX.XX.XXXX bolo nepriznanie nadmerného odpočtu dane z pridanej hodnoty za zdaňovacie obdobie február 2010 vo výške 15.011,28 eur, ktorý žalovaný potvrdil napadnutým rozhodnutím zo dňa XX.XX.XXXX. Žalobca podaním, žiadosti o odklad vykonateľnosti uvedených rozhodnutí zo dňa XX.XX.XXXX a XX.XX.XXXX, ktorú žiadosť odôvodnil tým, že uvedenými rozhodnutiami hrozí žalobcovi závažná ujma a žalobca ďalej tvrdil, že oba správne orgány konali v rozpore s únijovým právom, ktoré sa týka vnútorného trhu EU a voľného pohybu tovaru služieb, osôb a kapitálu v EU. Podľa § 250c veta druhá O.s.p., na žiadosť účastníka môže predseda senátu uznesením vykonateľnosť rozhodnutia odložiť, ak by okamžitým výkonom napadnutého rozhodnutia hrozila závažná ujma. Súd v súlade s citovaným zákonným ustanovením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https://www.kauzis.sk/judikatura/r/ECLI:SK:KSBA:2012:1012200411.1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