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1S/59/2012 z 9. 5. 2012</w:t>
      </w:r>
    </w:p>
    <w:p>
      <w:r>
        <w:t>Uznesenie Krajského súdu Bratislava z 9. mája 2012, sp. zn. 1S/59/2012, ECLI:SK:KSBA:2012:1012200413.1</w:t>
      </w:r>
    </w:p>
    <w:p>
      <w:r>
        <w:t>Súd: Krajský súd Bratislava</w:t>
      </w:r>
    </w:p>
    <w:p>
      <w:r>
        <w:t>Spisová značka: 1S/59/2012</w:t>
      </w:r>
    </w:p>
    <w:p>
      <w:r>
        <w:t>ECLI: ECLI:SK:KSBA:2012:1012200413.1</w:t>
      </w:r>
    </w:p>
    <w:p>
      <w:r>
        <w:t>Dátum vydania: 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1S/59/2012 Identifikačné číslo súdneho spisu: 1012200413 Dátum vydania rozhodnutia: 10. 05. 2012 Meno a priezvisko sudcu, VSÚ: JUDr. Monika Valašíková PhD. ECLI: ECLI:SK:KSBA:2012:1012200413.1 Uznesenie Krajský súd v Bratislave v právnej veci žalobcu: JPF s.r.o., Košická 37, Bratislava proti žalovanému: Finančné riaditeľstvo SR, Vazovova 2, Bratislava o návrhu na odklad vykonateľnosti, takto r o z h o d o l : Krajský súd v Bratislave odkladá vykonateľnosť rozhodnutia žalovaného č. I/222/15964-84164/2011/991050-r zo dňa 12.12.2011 v spojení s prvostupňovým rozhodnutím - dodatočný platobný výmer č.k. 601/230/58244/11/Red zo dňa 10.5.2011 až do právoplatného rozhodnutia súdu vo veci samej. o d ô v o d n e n i e : Žalobca sa žalobou doručenou tunajšiemu súdu dňa 2.3.2012 domáhal preskúmania zákonnosti rozhodnutia žalovaného č. I/222/15964-84164/2011/991050-r zo dňa 12.12.2011 v spojení s prvostupňovým rozhodnutím - dodatočný platobný výmer č.k. 601/230/58244/11/Red zo dňa 10.5.2011. Podaním zo dňa 2.3.2012 žalobca zároveň požiadal súd o odklad vykonateľnosti uvedeného rozhodnutia žalovaného. Ako dôvod tejto žiadosti uviedol, že vzhľadom na výšku nepriznaného nadmerného odpočtu dane (701.010,59 €) sa neúmerne negatívne zasahuje do majetkových práv žalobcu, v dôsledku čoho hrozí žalobcovi závažná majetková ujma.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https://www.kauzis.sk/judikatura/r/ECLI:SK:KSBA:2012:1012200413.1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