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5Scud/24/2012 z 27. 5. 2012</w:t>
      </w:r>
    </w:p>
    <w:p>
      <w:r>
        <w:t>Uznesenie Krajského súdu Bratislava z 27. mája 2012, sp. zn. 5Scud/24/2012, ECLI:SK:KSBA:2012:1012200555.1</w:t>
      </w:r>
    </w:p>
    <w:p>
      <w:r>
        <w:t>Súd: Krajský súd Bratislava</w:t>
      </w:r>
    </w:p>
    <w:p>
      <w:r>
        <w:t>Spisová značka: 5Scud/24/2012</w:t>
      </w:r>
    </w:p>
    <w:p>
      <w:r>
        <w:t>ECLI: ECLI:SK:KSBA:2012:1012200555.1</w:t>
      </w:r>
    </w:p>
    <w:p>
      <w:r>
        <w:t>Dátum vydania: 27. 5. 2012</w:t>
      </w:r>
    </w:p>
    <w:p>
      <w:r>
        <w:t>Forma: Uznesenie</w:t>
      </w:r>
    </w:p>
    <w:p>
      <w:pPr>
        <w:pStyle w:val="Heading2"/>
      </w:pPr>
      <w:r>
        <w:t>Text rozhodnutia</w:t>
      </w:r>
    </w:p>
    <w:p>
      <w:r>
        <w:t>Súd: Krajský súd Bratislava Spisová značka: 5Scud/24/2012 Identifikačné číslo súdneho spisu: 1012200555 Dátum vydania rozhodnutia: 28. 05. 2012 Meno a priezvisko sudcu, VSÚ: JUDr. Milota Tóthová ECLI: ECLI:SK:KSBA:2012:1012200555.1 Uznesenie Krajský súd v Bratislave v právnej veci navrhovateľa S. E., bytom XXXX K. K. L., C., Z., K. Š. B., zast. A. Z., bytom E.. B. XX, C., proti odporkyni Sociálnej poisťovni ústredie, Ul. 29. augusta č. 8, Bratislava, o starobný dôchodok, takto r o z h o d o l : Súd konanie z a s t a v u j e . Žiaden z účastníkov nemá právo na náhradu trov konania. o d ô v o d n e n i e : Splnomocnený zástupca navrhovateľa návrhom zo dňa 24.2.2012 žiadal preskúmať rozhodnutie odporkyne číslo XXX XXX XXXX zo dňa 3.2.2012, ktorým odporkyňa zamietla žiadosť o starobný dôchodok z dôvodu, že navrhovateľ nespĺňa podmienky uvedené v § 65 zákona č. 461/2003 Z.z. o sociálnom poistení. Písomným prehlásením zo dňa 20.3.20112 splnomocnený zástupca navrhovateľa vzal späť návrh v celom rozsahu.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https://www.kauzis.sk/judikatura/r/ECLI:SK:KSBA:2012:1012200555.1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