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1S/87/2012 z 6. 5. 2012</w:t>
      </w:r>
    </w:p>
    <w:p>
      <w:r>
        <w:t>Uznesenie Krajského súdu Bratislava z 6. mája 2012, sp. zn. 1S/87/2012, ECLI:SK:KSBA:2012:1012200557.1</w:t>
      </w:r>
    </w:p>
    <w:p>
      <w:r>
        <w:t>Súd: Krajský súd Bratislava</w:t>
      </w:r>
    </w:p>
    <w:p>
      <w:r>
        <w:t>Spisová značka: 1S/87/2012</w:t>
      </w:r>
    </w:p>
    <w:p>
      <w:r>
        <w:t>ECLI: ECLI:SK:KSBA:2012:1012200557.1</w:t>
      </w:r>
    </w:p>
    <w:p>
      <w:r>
        <w:t>Dátum vydania: 6.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1S/87/2012 Identifikačné číslo súdneho spisu: 1012200557 Dátum vydania rozhodnutia: 07. 05. 2012 Meno a priezvisko sudcu, VSÚ: JUDr. Monika Valašíková PhD. ECLI: ECLI:SK:KSBA:2012:1012200557.1 Uznesenie Krajský súd v Bratislave v právnej veci žalobcu: Univerzitná nemocnica Bratislava, Pažítkova 4, Bratislava proti žalovanému: Sociálna poisťovňa, ústredie, 29.augusta 8-10, Bratislava o návrhu na odklad vykonateľnosti, takto r o z h o d o l : Krajský súd v Bratislave odkladá vykonateľnosť rozhodnutia žalovaného č. 11709-2/2012-BA zo dňa 8.2.2012 v spojení s prvostupňovým rozhodnutím Sociálnej poisťovne, pobočka Bratislava č. 704-0250206811-GC04/11 zo dňa 1.12.2011 až do právoplatného rozhodnutia súdu vo veci samej. o d ô v o d n e n i e : Žalobca sa žalobou doručenou tunajšiemu súdu dňa 8.3.2012 domáhal preskúmania zákonnosti rozhodnutia žalovaného č. 11709-2/2012-BA zo dňa 8.2.2012 v spojení s prvostupňovým rozhodnutím Sociálnej poisťovne, pobočka Bratislava zo dňa 1.12.2011. Žalobca zároveň požiadal súd o odklad vykonateľnosti uvedeného rozhodnutia žalovaného. Ako dôvod tejto žiadosti uviedol, že okamžitým výkonom predmetných rozhodnutí v sume 4.220.374,30 €, by bol pre žalobcu tak negatívnym zásahom do jeho denných finančných prostriedkov pri poskytovaní zdravotnej starostlivosti, nákupe liekov a zabezpečovaní ďalších služieb, že by hrozilo jeho znemožnenie prevádzkovania ústavnej a ambulantnej zdravotnej starostlivosti.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https://www.kauzis.sk/judikatura/r/ECLI:SK:KSBA:2012:1012200557.1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