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5Sd/82/2012 z 20. 11. 2012</w:t>
      </w:r>
    </w:p>
    <w:p>
      <w:r>
        <w:t>Uznesenie Krajského súdu Bratislava z 20. novembra 2012, sp. zn. 5Sd/82/2012, ECLI:SK:KSBA:2012:1012200561.2</w:t>
      </w:r>
    </w:p>
    <w:p>
      <w:r>
        <w:t>Súd: Krajský súd Bratislava</w:t>
      </w:r>
    </w:p>
    <w:p>
      <w:r>
        <w:t>Spisová značka: 5Sd/82/2012</w:t>
      </w:r>
    </w:p>
    <w:p>
      <w:r>
        <w:t>ECLI: ECLI:SK:KSBA:2012:1012200561.2</w:t>
      </w:r>
    </w:p>
    <w:p>
      <w:r>
        <w:t>Dátum vydania: 20. 11. 2012</w:t>
      </w:r>
    </w:p>
    <w:p>
      <w:r>
        <w:t>Forma: Uznesenie</w:t>
      </w:r>
    </w:p>
    <w:p>
      <w:pPr>
        <w:pStyle w:val="Heading2"/>
      </w:pPr>
      <w:r>
        <w:t>Text rozhodnutia</w:t>
      </w:r>
    </w:p>
    <w:p>
      <w:r>
        <w:t>Súd: Krajský súd Bratislava Spisová značka: 5Sd/82/2012 Identifikačné číslo súdneho spisu: 1012200561 Dátum vydania rozhodnutia: 21. 11. 2012 Meno a priezvisko sudcu, VSÚ: JUDr. Milota Tóthová ECLI: ECLI:SK:KSBA:2012:1012200561.2 Uznesenie Krajský súd v Bratislave v právnej veci navrhovateľky H.. S. P., bytom Y. XXXX/XX, V., proti odporkyni Sociálnej poisťovni ústredie, Ul. 29. augusta č. 8, Bratislava, o invalidný dôchodok, takto r o z h o d o l : Súd konanie z a s t a v u j e . Žiaden z účastníkov nemá právo na náhradu trov konania. o d ô v o d n e n i e : Navrhovateľka svojím návrhom zo dňa 28.11.2011 žiadala preskúmať rozhodnutie odporkyne číslo XXX XXX XXXX zo dňa 24.10.2011, ktorým odporkyňa zvýšila sumu invalidného dôchodku od 20. septembra 2011 na 291,90 eur mesačne (miera poklesu schopnosti vykonávať zárobkovú činnosť bola určená v rozsahu 70%). Napriek tomu, že navrhovateľka vo svojom vyjadrení zo dňa 19.11.2012 doslovne neuviedla, že berie svoj návrh na preskúmanie rozhodnutia odporkyne späť, je nepochybné, že smerovalo k tomu, aby súd o jej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https://www.kauzis.sk/judikatura/r/ECLI:SK:KSBA:2012:1012200561.2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