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8Sd/9/2012 z 6. 6. 2012</w:t>
      </w:r>
    </w:p>
    <w:p>
      <w:r>
        <w:t>Uznesenie Krajského súdu Bratislava z 6. júna 2012, sp. zn. 8Sd/9/2012, ECLI:SK:KSBA:2012:1012200567.1</w:t>
      </w:r>
    </w:p>
    <w:p>
      <w:r>
        <w:t>Súd: Krajský súd Bratislava</w:t>
      </w:r>
    </w:p>
    <w:p>
      <w:r>
        <w:t>Spisová značka: 8Sd/9/2012</w:t>
      </w:r>
    </w:p>
    <w:p>
      <w:r>
        <w:t>ECLI: ECLI:SK:KSBA:2012:1012200567.1</w:t>
      </w:r>
    </w:p>
    <w:p>
      <w:r>
        <w:t>Dátum vydania: 6.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8Sd/9/2012 Identifikačné číslo súdneho spisu: 1012200567 Dátum vydania rozhodnutia: 07. 06. 2012 Meno a priezvisko sudcu, VSÚ: JUDr. Peter Pospech ECLI: ECLI:SK:KSBA:2012:1012200567.1 Uznesenie Krajský súd v Bratislave v právnej veci navrhovateľa: U. F., U. Č.. XXX/X, J., proti odporkyni: Sociálna poisťovňa - ústredie. Ul. 29. augusta č. 8, Bratislava, vo veci nejasného podania opravného prostriedku, takto r o z h o d o l : Súd opravný prostriedok navrhovateľa o d m i e t a. o d ô v o d n e n i e : Dňa 22.02.2012 bolo doručené Najvyššiemu súdu Slovenskej republiky písomné podanie, ktoré bolo listom zo dňa 01.03.2012 postúpené Krajskému súdu v Bratislave. K tomuto podaniu sa písomne vyjadrila odporkyňa s tým, že podanie navrhovateľa považuje za nedostatočné, nakoľko nespĺňa náležitosti opravného prostriedku Z obsahu písomného podania nevyplýva, že by ním navrhovateľ napadol správnosť rozhodnutia odporkyne zo dňa 08.12.2011. Týmto rozhodnutím bol navrhovateľovi zvýšený starobný dôchodok a žiadne Ďalšie rozhodnutie v predmetnej veci po tomto rozhodnutí nebolo odporkyňou vydané. Podľa ust. § 104 ods. 1 O.s.p., ak ide o taký nedostatok konania, ktorý nemožno odstrániť, súd konanie zastaví. Vzhľadom k nejasnosti podania navrhovateľa, bol tento vyzvaný uznesením zo dňa 03.04.2012, aby sa v lehote 10 dní od doručenia uznesenia konajúceho súdu pod sp. zn. 8Sd 9/2012 zo dňa 03.04.2012 doplnil svoje podanie v zmysle pokynov súdu. Predmetné uznesenie konajúceho súdu navrhovateľ prevzal dňa 12.04.2012, čo vyplýva z doručenky o prevzatí uznesenia. V zmysle § 250p O.s.p., ak navrhovateľ neodstráni vady, ktorých odstránenie súd nariadil a ktoré bránia vecnému vybaveniu návrhu, súd uznesením opravný prostriedok odmietne. Nakoľko navrhovateľ svoj návrh neopravil v zmysle pokynov súdu v stanovenej lehote konajúci súd opravný prostriedok odmietol podľa ust. § 250p O.s.p. Poučenie: Proti tomuto uzneseniu je možno podať odvolanie do 15 dní odo dňa jeho doručenia na Krajskom súde v Bratislave písomne, dvojmo.</w:t>
      </w:r>
    </w:p>
    <w:p/>
    <w:p>
      <w:r>
        <w:t>Zdroj: KAUZIS.SK – https://www.kauzis.sk/judikatura/r/ECLI:SK:KSBA:2012:1012200567.1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