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2S/128/2012 z 26. 11. 2012</w:t>
      </w:r>
    </w:p>
    <w:p>
      <w:r>
        <w:t>Uznesenie Krajského súdu Bratislava z 26. novembra 2012, sp. zn. 2S/128/2012, ECLI:SK:KSBA:2012:1012200580.2</w:t>
      </w:r>
    </w:p>
    <w:p>
      <w:r>
        <w:t>Súd: Krajský súd Bratislava</w:t>
      </w:r>
    </w:p>
    <w:p>
      <w:r>
        <w:t>Spisová značka: 2S/128/2012</w:t>
      </w:r>
    </w:p>
    <w:p>
      <w:r>
        <w:t>ECLI: ECLI:SK:KSBA:2012:1012200580.2</w:t>
      </w:r>
    </w:p>
    <w:p>
      <w:r>
        <w:t>Dátum vydania: 26.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2S/128/2012 Identifikačné číslo súdneho spisu: 1012200580 Dátum vydania rozhodnutia: 27. 11. 2012 Meno a priezvisko sudcu, VSÚ: Mgr. Lucia Cisková ECLI: ECLI:SK:KSBA:2012:1012200580.2 Uznesenie Krajský súd v Bratislave v právnej veci žalobcu: V.. arch. D. S., bytom Y. XX, XXX XX H., zastúpeného: JUDr. Ivan Jánošík, advokát, Klincová ul. č. 35, 810 05 Bratislava, proti žalovanému: Krajský stavebný úrad v Bratislave, so sídlom Lamačská cesta 8, 845 14 Bratislava o preskúmanie zákonnosti rozhodnutia č. A-2012/913-3/HLO zo dňa 20.01.2012, takto r o z h o d o l : Krajský súd v Bratislave p r i b e r á do konania účastníka správneho konania: 1. Daniela Y., bytom C. XXXX/X, XXX XX H., zastúpeného REKEN&amp;PARTNERS Law Firm s.r.o., Tichá 45, 811 02 Bratislava o d ô v o d n e n i e : Žalobou podanou na Krajskom súde v Bratislave dňa 13.03.2012 sa žalobca domáhal preskúmania zákonnosti rozhodnutia žalovaného č. A-2012/913-3/HLO zo dňa 20.01.2012, ktorým žalovaný, na základe podaného odvolania čiastočne zmenil rozhodnutie Mestskej časti Bratislava - Záhorská Bystrica č. 2011/1/C/13/Ry zo dňa 10.06.2011. Prvostupňový správny orgán dodatočne povolil navrhovateľovi S. Y. „prístavbu, nadstavbu a stavebné úpravy objektu individuálnej rekreácie“ - C. na pozemku parcelné č. XXXX/X a XXXX/XX k.ú. F. Bystrica, Bratislava podľa § 88 ods. 1 písm. b) a § 88a ods. 4 zákona č. 50/1976 Zb. o územnom plánovaní a stavebnom poriadku (stavebný zákon) . Podľa § 250 ods. 1 O.s.p. účastníkmi konania sú žalobca a žalovaný. Súd aj bez návrhu uznesením priberie do konania účastníka správneho konania, ktorého práva a povinnosti by mohli byť zrušením správneho konania dotknuté. Nakoľko S. je účastníkom správneho konania a výsledkom tohto sporu môžu byť dotknuté jej práva a povinnosti, súd rozhodol tak ako je uvedené vo výroku tohto uznesenia. Poučenie: Proti tomuto uzneseniu možno podať odvolanie do 15 dní odo dňa jeho doručenia na Krajský súd v Bratislave dvojmo. Ak bude proti tomuto rozhodnutiu v odvolacej lehote podané odvolanie, uznesenie sa podaním odvolania zrušuje a opätovne rozhodne sudca (§202 ods. 3 písm. a) O.s.p. v spojení s § 374 ods. 4)</w:t>
      </w:r>
    </w:p>
    <w:p/>
    <w:p>
      <w:r>
        <w:t>Zdroj: KAUZIS.SK – https://www.kauzis.sk/judikatura/r/ECLI:SK:KSBA:2012:1012200580.2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