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4Sp/20/2012 z 1. 4. 2012</w:t>
      </w:r>
    </w:p>
    <w:p>
      <w:r>
        <w:t>Uznesenie Krajského súdu Bratislava z 1. apríla 2012, sp. zn. 4Sp/20/2012, ECLI:SK:KSBA:2012:1012200594.1</w:t>
      </w:r>
    </w:p>
    <w:p>
      <w:r>
        <w:t>Súd: Krajský súd Bratislava</w:t>
      </w:r>
    </w:p>
    <w:p>
      <w:r>
        <w:t>Spisová značka: 4Sp/20/2012</w:t>
      </w:r>
    </w:p>
    <w:p>
      <w:r>
        <w:t>ECLI: ECLI:SK:KSBA:2012:1012200594.1</w:t>
      </w:r>
    </w:p>
    <w:p>
      <w:r>
        <w:t>Dátum vydania: 1. 4. 2012</w:t>
      </w:r>
    </w:p>
    <w:p>
      <w:r>
        <w:t>Forma: Uznesenie</w:t>
      </w:r>
    </w:p>
    <w:p>
      <w:pPr>
        <w:pStyle w:val="Heading2"/>
      </w:pPr>
      <w:r>
        <w:t>Text rozhodnutia</w:t>
      </w:r>
    </w:p>
    <w:p>
      <w:r>
        <w:t>Súd: Krajský súd Bratislava Spisová značka: 4Sp/20/2012 Identifikačné číslo súdneho spisu: 1012200594 Dátum vydania rozhodnutia: 02. 04. 2012 Meno a priezvisko sudcu, VSÚ: JUDr. Ľubomír Šramko ECLI: ECLI:SK:KSBA:2012:1012200594.1 Uznesenie Krajský súd v Bratislave v právnej veci navrhovateľa: ÚSVIT pri Dunaji, Poľnohospodárske družstvo so sídlom Košariská ulica 42, Dunajská Lužná, zastúpeného Advokátskou kanceláriou JUDr. Zdenka Lániková, s.r.o. so sídlom Grösslingová 8, Bratislava proti odporcovi: Obvodný pozemkový úrad v Senci so sídlom Hurbanova 21, Senec, za účasti: 1/ pani J. U., bytom N. XX, 2/ Jednotné roľnícke družstvo Biskupice - Bratislava so sídlom Lieskovská cesta 2, Bratislava v konaní o opravnom prostriedku navrhovateľa zo dňa 13.3.2012 proti rozhodnutiu odporcu Č. j.: 2414-4/1992/596/Ko zo dňa 6.2.2012 takto r o z h o d o l : Krajský súd v Bratislave konanie z a s t a v u j e . Žiaden z účastníkov konania nemá právo na náhradu trov tohto konania. o d ô v o d n e n i e : Dňa 14.3.2012 bol konajúcemu Krajskému súdu v Bratislave (ďalej len súd) doručený návrh - opravný prostriedok z 13.3.2012, ktorým sa navrhovateľ domáhal zrušenia napadnutého rozhodnutia odporcu Č. j.: 2414-4/1992/596/Ko zo dňa 6.2.2012. Dňa 28.3.2012 doručil navrhovateľ (osobne) súdu späťvzatie podaného návrhu - opravného prostriedku voči rozhodnutiu odporcu, datované 28.3.2012.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https://www.kauzis.sk/judikatura/r/ECLI:SK:KSBA:2012:1012200594.1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