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5Sd/94/2012 z 25. 9. 2012</w:t>
      </w:r>
    </w:p>
    <w:p>
      <w:r>
        <w:t>Rozsudok Krajského súdu Bratislava z 25. septembra 2012, sp. zn. 5Sd/94/2012, ECLI:SK:KSBA:2012:1012200630.3</w:t>
      </w:r>
    </w:p>
    <w:p>
      <w:r>
        <w:t>Súd: Krajský súd Bratislava</w:t>
      </w:r>
    </w:p>
    <w:p>
      <w:r>
        <w:t>Spisová značka: 5Sd/94/2012</w:t>
      </w:r>
    </w:p>
    <w:p>
      <w:r>
        <w:t>ECLI: ECLI:SK:KSBA:2012:1012200630.3</w:t>
      </w:r>
    </w:p>
    <w:p>
      <w:r>
        <w:t>Dátum vydania: 25. 9. 2012</w:t>
      </w:r>
    </w:p>
    <w:p>
      <w:r>
        <w:t>Forma: Rozsudok</w:t>
      </w:r>
    </w:p>
    <w:p>
      <w:r>
        <w:t>Oblasť práva: Správne právo</w:t>
      </w:r>
    </w:p>
    <w:p>
      <w:pPr>
        <w:pStyle w:val="Heading2"/>
      </w:pPr>
      <w:r>
        <w:t>Text rozhodnutia</w:t>
      </w:r>
    </w:p>
    <w:p>
      <w:r>
        <w:t>Súd: Krajský súd Bratislava Spisová značka: 5Sd/94/2012 Identifikačné číslo súdneho spisu: 1012200630 Dátum vydania rozhodnutia: 26. 09. 2012 Meno a priezvisko sudcu, VSÚ: JUDr. Milota Tóthová ECLI: ECLI:SK:KSBA:2012:1012200630.3 ROZSUDOK V MENE SLOVENSKEJ REPUBLIKY Krajský súd v Bratislave samosudkyňou JUDr. Milotou Tóthovou v právnej veci navrhovateľa E. M., bytom V. XXXX/X, F., proti odporkyni Sociálnej poisťovni ústredie v Bratislave, Ul. 29. augusta č. 8, Bratislava, o invalidný dôchodok, takto r o z h o d o l : Súd rozhodnutie odporkyne číslo XXX XXX XXXX X zo dňa 30. novembra 2011 p o t v r d z u j e . Účastníkom náhradu trov konania nepriznáva. o d ô v o d n e n i e : Rozhodnutím číslo XXX XXX XXXX X zo dňa 30. novembra 2011 odporkyňa podľa § 70 ods. 1 a § 71 ods. 1 zákona č. 461/2003 Z.z. o sociálnom poistení v znení neskorších predpisov zamietla žiadosť navrhovateľa o invalidný dôchodok z 3. novembra 2011. Rozhodla tak s odôvodnením, že podľa posudku posudkového lekára sociálneho poistenia, pobočky Sociálnej poisťovne Bratislava z 3. novembra 2011 navrhovateľ nie je invalidný podľa § 71 ods. 1 zákona č. 461/2003 Z.z., lebo pre dlhodobo nepriaznivý zdravotný stav nemá pokles schopnosti vykonávať zárobkovú činnosť o viac ako 40% v porovnaní so zdravou fyzickou osobou. Navrhovateľ návrhom zo dňa 29.12.2011 žiadal preskúmať toto rozhodnutie v dôsledku dlhodobej práceneschopnosti, vyššieho veku, zvýšenia krvného tlaku a zhoršenia zdravotného stavu pri zmene počasia, z čoho vyplýva pokles pracovnej neschopnosti či prekonanie infarktu. Krajský súd preskúmal napadnuté rozhodnutie podľa § 250l a nasl. O.s.p., prejednal návrh navrhovateľa a dospel k záveru, že návrh nie je dôvodný. Krajský súd vykonal dokazovanie výsluchom odporkyne, posudkami posudkového lekára Sociálnej poisťovne pobočky Bratislava zo dňa 3.11.2011, posudkom posudkového lekára Sociálnej poisťovne ústredie Bratislava zo dňa 21.3.2012,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3.11.2011 konštatoval, že navrhovateľ je dlhodobo sledovaný a liečený kardiológom a internistom pre esenciálnu primárnu hypertenziu a hrudníkovú angínu. U navrhovateľa bola zdiagnostikovaná arteriálna hypertenzia II. štádia s veľmi vysokým pridaným KV rizikom. Echokardiografické vyšetrenie nepotvrdilo pozoruhodné odchýlky obrazu srdca, nebola potvrdená hypertrofia ani dilatácia ľavej komory, ktorá je bez podstatnej poruchy kinetiky či globálnej systolickej funkcie. EKG Holter monitoring so zameraním na dynamiku ST-T segmentu bol vyhodnotený ako fyziologický. Ergometria je pozitívna v zmysle koronárnej insuficiencie. Rozhodujúcim zdravotným postihnutím u navrhovateľa je ischemická choroba srdca s poklesom výkonu pri stredne ťažkom zaťažení (kapitola IX., oddiel A, položka 1.b) prílohy číslo 4 zákona č. 461/2003 Z.z. o sociálnom poistení v znení neskorších predpisov), kde mieru poklesu schopnosti vykonávať zárobkovú činnosť stanovil na 35%. Navrhovateľ nie je invalidný podľa § 71 ods. 1 zákona č. 461/2003 Z.z. o sociálnom poistení. Posudkový lekár Sociálnej poisťovne ústredie Bratislava v posudku zo dňa 21.3.2012 uviedol, že navrhovateľ trpí na choroby a to ischemickú chorobu srdca, bolestivú formu, esenciálnu (primárnu) hypertenziu, poruchu metabolizmu tukov a kyseliny močovej, neklasifikovanú, diabetes melitus - cukrovku II. typu podľa dokumentácie a exogénnu obezitu. U navrhovateľa je anamnéza interných ochorení, posudkovo nezávažných, v popredí sú občasné pichavé bolesti na ľavej strane hrudníka, niekedy sa navrhovateľovi ťažšie dýcha. Konštatoval, že ischemická choroba je jednorazový údaj v dokumentácii, všetky paraklinické interné vyšetrenia okrem ergometrie sú s negatívnym nálezom, ergometrické vyšetrenie zo dňa 13.12.2010 je pozitívne v zmysle koronárnej nedostatočnosti. Navrhovateľ sa jeden rok lieči na vysoký krvný tlak a užíva adekvátnu liečbu, hodnoty krvného tlaku sú v norme a neboli preukázané žiadne orgánové komplikácie tejto choroby, očné vyšetrenie z marca 2011 potvrdilo zmeny na očnom pozadí I.-II. stupňa. Navrhovateľ je kardiopulmonálne kompenzovaný a tlakovo stabilizovaný. Pridružené sekundárne ochorenia a to porucha metabolizmu tukov a kyseliny močovej, neklasifikovaná, exogénna obezita sú posudkovo nezávažné a sú ľahkej formy. Posudkovo nezávažná je aj cukrovka II. typu, ktorá je kompenzovaná diétou bez liečby a jedná sa o jednorazový údaj v dokumentácii. Rozhodujúcim zdravotným postihnutím u navrhovateľa je ischemická choroba srdca s poklesom výkonu pri stredne ťažkom zaťažení (kapitola IX., oddiel A, položka 1.b) prílohy číslo 4 zákona č. 461/2003 Z.z. o sociálnom poistení v znení neskorších predpisov), kde mieru poklesu schopnosti vykonávať zárobkovú činnosť stanovil na 35%. Navrhovateľ nie je invalidný podľa § 71 ods. 1 zákona č. 461/2003 Z.z. o sociálnom poistení. Navrhovateľ sa na vytýčené pojednávanie súdu dňa 26.9.2012 napriek riadnemu predvolaniu nedostavil, svoju neúčasť na ňom ospravedlnil a opakovane požiadal o odročenie tohto pojednávania. Navrhovateľ však k svojej žiadosti o odročenie pojednávania neuviedol žiadne dôležité dôvody v zmysle ustanovenia § 101 ods. 2 Občianskeho súdneho poriadku (ďalej len O.s.p.) a nedoložil tiež žiadne hodnoverné doklady, preukazujúce dôvody uvedené v žiadosti o odročenie pojednávania. Súd preto žiadosť o odročenie pojednávania nemohol považovať za dôvodnú, a preto podľa § 101 ods. 2 Občianskeho súdneho poriadku (ďalej len O.s.p.) vec prejednal v neprítomnosti navrhovateľa.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a dospeli k zhodnému názoru, že zdravotný stav navrhovateľa nespĺňa zdravotné podmienky na priznanie invalidity podľa § 71 ods. 1 zákona č. 461/2003 Z.z. o sociálnom poistení. Zhodne určili, že rozhodujúcim zdravotným postihnutím u navrhovateľa je ischemická choroba srdca s poklesom výkonu pri stredne ťažkom zaťažení (kapitola IX., oddiel A, položka 1.b) prílohy číslo 4 zákona č. 461/2003 Z.z. o sociálnom poistení v znení neskorších predpisov), kde mieru poklesu schopnosti vykonávať zárobkovú činnosť stanovili na 35%. Zistenia posudkových lekárov neboli spochybnené ani v súdnom konaní. Závery posudkov posudkových lekárov sú odborné, presvedčivé, náležite zdôvodnené a súd nezistil rozpor medzi ich závermi a zisteným skutočným stavom. V prípade, že sa zdravotný stav navrhovateľa zmení, navrhovateľ môže novou žiadosťou požiadať o invalidný dôchodok. Krajský súd preto z vyššie uvedených dôvodov napadnuté rozhodnutie číslo XXX XXX XXXX X zo dňa 30. novembra 2011 podľa § 250q ods. 2 O.s.p. ako správne potvrdil. O trovách konania súd rozhodol podľa § 250k ods. 1 v spojení s § 250l ods. 2.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https://www.kauzis.sk/judikatura/r/ECLI:SK:KSBA:2012:1012200630.3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