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4S/71/2012 z 11. 10. 2012</w:t>
      </w:r>
    </w:p>
    <w:p>
      <w:r>
        <w:t>Uznesenie Krajského súdu Bratislava z 11. októbra 2012, sp. zn. 4S/71/2012, ECLI:SK:KSBA:2012:1012200682.1</w:t>
      </w:r>
    </w:p>
    <w:p>
      <w:r>
        <w:t>Súd: Krajský súd Bratislava</w:t>
      </w:r>
    </w:p>
    <w:p>
      <w:r>
        <w:t>Spisová značka: 4S/71/2012</w:t>
      </w:r>
    </w:p>
    <w:p>
      <w:r>
        <w:t>ECLI: ECLI:SK:KSBA:2012:1012200682.1</w:t>
      </w:r>
    </w:p>
    <w:p>
      <w:r>
        <w:t>Dátum vydania: 11.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4S/71/2012 Identifikačné číslo súdneho spisu: 1012200682 Dátum vydania rozhodnutia: 12. 10. 2012 Meno a priezvisko sudcu, VSÚ: JUDr. Soňa Langová ECLI: ECLI:SK:KSBA:2012:1012200682.1 Uznesenie Krajský súd v Bratislave v právnej veci žalobcu: U. Q., nar. XX.X.XXXX, C. Č.. XXX, XXX XX L. P. T., zastúpeného advokátom, JUDr. Petrom Schmidlom, Malé námestie 5402/1A, 901 01 Malacky, proti žalovanému: Ministerstvo vnútra Slovenskej republiky, Pribinova č. 2, 812 72 Bratislava, o preskúmanie zákonnosti rozhodnutia žalovaného č. SLV-PS-PK-232/2012 zo dňa 25.1.2012 takto r o z h o d o l : Súd konanie z a s t a v u j e. Žiaden z účastníkov nemá právo na náhradu trov konania. o d ô v o d n e n i e : Podanou žalobou sa žalobca domáhal preskúmania zákonnosti rozhodnutia žalovaného č. SLV-PS- PK-232/2012 zo dňa 25.1.2012. Pred rozhodnutím vo veci samej žalobca prostredníctvom svojho právneho zástupcu, podaním doručeným tunajšiemu súdu dňa 19.9.2012 oznámil, že berie žalobu späť, žiada konanie zastaviť a vrátiť súdny poplatok. Podľa ust. § 250h ods. 2 O.s.p. až do rozhodnutia súdu môže žalobca vziať žalobu späť, ak žalovanému medzitým vznikli trovy konania, rozhodne súd o ich náhrade. Podľa ust. § 250d ods. 3 O.s.p. súd uznesením konanie zastaví aj vtedy, ak žaloba bola vzatá späť. O trovách konania súd rozhodol podľa ust. § 146 ods. 1 písm. c/ v spojení s ust. § 246c O.s.p. tak, že žiadnemu z účastníkov nepriznal náhradu trov konania, pretože pre iný postup nebol dôvod. O vrátení súdneho poplatku súd nerozhodoval, pretože tento nebol žalobcom uhradený. Rozhodnutie bolo jednomyseľne odhlasované všetkými členmi senátu. Poučenie: Proti tomuto uzneseniu je možné podať odvolanie do 15 dní odo dňa jeho doručenia na Krajskom súde v Bratislave.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https://www.kauzis.sk/judikatura/r/ECLI:SK:KSBA:2012:1012200682.1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