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5Sd/105/2012 z 25. 4. 2012</w:t>
      </w:r>
    </w:p>
    <w:p>
      <w:r>
        <w:t>Uznesenie Krajského súdu Bratislava z 25. apríla 2012, sp. zn. 5Sd/105/2012, ECLI:SK:KSBA:2012:1012200693.1</w:t>
      </w:r>
    </w:p>
    <w:p>
      <w:r>
        <w:t>Súd: Krajský súd Bratislava</w:t>
      </w:r>
    </w:p>
    <w:p>
      <w:r>
        <w:t>Spisová značka: 5Sd/105/2012</w:t>
      </w:r>
    </w:p>
    <w:p>
      <w:r>
        <w:t>ECLI: ECLI:SK:KSBA:2012:1012200693.1</w:t>
      </w:r>
    </w:p>
    <w:p>
      <w:r>
        <w:t>Dátum vydania: 25.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5Sd/105/2012 Identifikačné číslo súdneho spisu: 1012200693 Dátum vydania rozhodnutia: 26. 04. 2012 Meno a priezvisko sudcu, VSÚ: JUDr. Milota Tóthová ECLI: ECLI:SK:KSBA:2012:1012200693.1 Uznesenie Krajský súd v Bratislave v právnej veci navrhovateľa J. Z., bytom N. Q. XXX/X, D. Y., prechodne bytom ul. E. Z. XXXX/X, D. Y. proti odporkyni Sociálnej poisťovni ústredie, Ul. 29. augusta č. 8, Bratislava o preskúmanie rozhodnutia odporkyne takto r o z h o d o l : Krajský súd v Bratislave postupuje vec Krajskému súdu v Trnave. o d ô v o d n e n i e : Návrh na preskúmanie rozhodnutia vydaného odporkyňou číslo XXX XXX XXXX X zo dňa 1.3.2012 bol podaný dňa 3.4.2012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sirotský dôchodok pre syna G. U., na preskúmanie ktorého je vecne príslušný krajský súd podľa tretej hlavy piatej časti Občianskeho súdneho poriadku. V danom prípade má navrhovateľka trvalé bydlisko v D. Y., a preto jej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https://www.kauzis.sk/judikatura/r/ECLI:SK:KSBA:2012:1012200693.1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