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8Sd/12/2012 z 29. 4. 2012</w:t>
      </w:r>
    </w:p>
    <w:p>
      <w:r>
        <w:t>Uznesenie Krajského súdu Bratislava z 29. apríla 2012, sp. zn. 8Sd/12/2012, ECLI:SK:KSBA:2012:1012200706.1</w:t>
      </w:r>
    </w:p>
    <w:p>
      <w:r>
        <w:t>Súd: Krajský súd Bratislava</w:t>
      </w:r>
    </w:p>
    <w:p>
      <w:r>
        <w:t>Spisová značka: 8Sd/12/2012</w:t>
      </w:r>
    </w:p>
    <w:p>
      <w:r>
        <w:t>ECLI: ECLI:SK:KSBA:2012:1012200706.1</w:t>
      </w:r>
    </w:p>
    <w:p>
      <w:r>
        <w:t>Dátum vydania: 29.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8Sd/12/2012 Identifikačné číslo súdneho spisu: 1012200706 Dátum vydania rozhodnutia: 30. 04. 2012 Meno a priezvisko sudcu, VSÚ: JUDr. Peter Pospech ECLI: ECLI:SK:KSBA:2012:1012200706.1 Uznesenie Krajský súd v Bratislave v právnej veci navrhovateľa: Ľ. U., nar. XX.XX.XXXX, bytom Q.. Y. XX, Ž., proti odporkyni: Sociálna poisťovňa - ústredie, so sídlom: Ul. 29. augusta 8, Bratislava, o invalidný dôchodok, takto r o z h o d o l : Krajský súd v Bratislave vec p o s t u p u j e vec Krajskému súdu v Banskej Bystrici. o d ô v o d n e n i e : Návrhom zo dňa 28.03.2012 domáhal sa navrhovateľ preskúmania rozhodnutia odporkyne zo dňa 02.03.2012 č. XXX XXX XXXX X. V konaní podľa tretej hlavy piatej časti O.s.p. je miestne príslušný všeobecný súd navrhovateľa alebo krajský súd, v ktorého obvode je tento súd (§ 246a ods. 2 O.s.p.). Podľa § 250d ods. 2 O.s.p. ak predseda senátu zistí, že súd nie je vecne alebo miestne príslušný, postúpi vec uznesením príslušnému súdu. Predmetom konania v tejto veci je preskúmanie rozhodnutia Sociálnej poisťovne - ústredie v Bratislave o invalidnom dôchodku navrhovateľa. Na konanie v takejto veci je príslušný krajský súd (§ 246 ods. 1 O.s.p.). Navrhovateľ má bydlisko v Žarnovici, jeho všeobecným súdom je Okresný súd v Banskej Bystrici, ktorý je v obvode Krajského súdu v Banskej Bystrici. Nie je teda daná miestna príslušnosť Krajského súdu v Bratislave, ale je daná miestna príslušnosť Krajského súdu v Banskej Bystrici. Preto v zmysle cit. ust. Krajský súd v Bratislave postúpil vec Krajskému súdu v Banskej Bystrici. Poučenie: Proti tomuto uzneseniu odvolanie nie je prípustné.</w:t>
      </w:r>
    </w:p>
    <w:p/>
    <w:p>
      <w:r>
        <w:t>Zdroj: KAUZIS.SK – https://www.kauzis.sk/judikatura/r/ECLI:SK:KSBA:2012:1012200706.1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