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5Sd/110/2012 z 8. 8. 2012</w:t>
      </w:r>
    </w:p>
    <w:p>
      <w:r>
        <w:t>Uznesenie Krajského súdu Bratislava z 8. augusta 2012, sp. zn. 5Sd/110/2012, ECLI:SK:KSBA:2012:1012200720.1</w:t>
      </w:r>
    </w:p>
    <w:p>
      <w:r>
        <w:t>Súd: Krajský súd Bratislava</w:t>
      </w:r>
    </w:p>
    <w:p>
      <w:r>
        <w:t>Spisová značka: 5Sd/110/2012</w:t>
      </w:r>
    </w:p>
    <w:p>
      <w:r>
        <w:t>ECLI: ECLI:SK:KSBA:2012:1012200720.1</w:t>
      </w:r>
    </w:p>
    <w:p>
      <w:r>
        <w:t>Dátum vydania: 8. 8.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5Sd/110/2012 Identifikačné číslo súdneho spisu: 1012200720 Dátum vydania rozhodnutia: 09. 08. 2012 Meno a priezvisko sudcu, VSÚ: JUDr. Milota Tóthová ECLI: ECLI:SK:KSBA:2012:1012200720.1 Uznesenie Krajský súd v Bratislave v právnej veci navrhovateľa Y. J., bytom Z. XXX/XX, L. J.,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17.1.2012 žiadal preskúmať rozhodnutie odporkyne číslo XXX XXX XXXX X zo dňa 3.1.2012, ktorým odporkyňa zamietla žiadosť o invalidný dôchodok z 8. decembra 2011. Písomným prehlásením zo dňa 31.5.2012, došlým súdu dňa 4.6.2012 navrhovateľ vzal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https://www.kauzis.sk/judikatura/r/ECLI:SK:KSBA:2012:1012200720.1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