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5Scud/32/2012 z 18. 9. 2012</w:t>
      </w:r>
    </w:p>
    <w:p>
      <w:r>
        <w:t>Uznesenie Krajského súdu Bratislava z 18. septembra 2012, sp. zn. 5Scud/32/2012, ECLI:SK:KSBA:2012:1012200721.1</w:t>
      </w:r>
    </w:p>
    <w:p>
      <w:r>
        <w:t>Súd: Krajský súd Bratislava</w:t>
      </w:r>
    </w:p>
    <w:p>
      <w:r>
        <w:t>Spisová značka: 5Scud/32/2012</w:t>
      </w:r>
    </w:p>
    <w:p>
      <w:r>
        <w:t>ECLI: ECLI:SK:KSBA:2012:1012200721.1</w:t>
      </w:r>
    </w:p>
    <w:p>
      <w:r>
        <w:t>Dátum vydania: 18.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5Scud/32/2012 Identifikačné číslo súdneho spisu: 1012200721 Dátum vydania rozhodnutia: 19. 09. 2012 Meno a priezvisko sudcu, VSÚ: JUDr. Milota Tóthová ECLI: ECLI:SK:KSBA:2012:1012200721.1 Uznesenie Krajský súd v Bratislave v právnej veci navrhovateľky V. A., bytom A. - I. W. X/X, XXXX J. Q. A., P. P.,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7.12.2011 žiadala preskúmať rozhodnutie odporkyne číslo XXX XXX XXXX zo dňa 18.11.2011, ktorým odporkyňa zamietla žiadosť o invalidný dôchodok z 19. augusta 2011. Písomným prehlásením došlým súdu dňa 12.9.2012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https://www.kauzis.sk/judikatura/r/ECLI:SK:KSBA:2012:1012200721.1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