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Rozhodnutie Krajského súdu Bratislava sp. zn. 4Sp/30/2012 z 15. 4. 2012</w:t>
      </w:r>
    </w:p>
    <w:p>
      <w:r>
        <w:t>Rozhodnutie Krajského súdu Bratislava z 15. apríla 2012, sp. zn. 4Sp/30/2012, ECLI:SK:KSBA:2012:1012200724.1</w:t>
      </w:r>
    </w:p>
    <w:p>
      <w:r>
        <w:t>Súd: Krajský súd Bratislava</w:t>
      </w:r>
    </w:p>
    <w:p>
      <w:r>
        <w:t>Spisová značka: 4Sp/30/2012</w:t>
      </w:r>
    </w:p>
    <w:p>
      <w:r>
        <w:t>ECLI: ECLI:SK:KSBA:2012:1012200724.1</w:t>
      </w:r>
    </w:p>
    <w:p>
      <w:r>
        <w:t>Dátum vydania: 15. 4. 2012</w:t>
      </w:r>
    </w:p>
    <w:p>
      <w:r>
        <w:t>Forma: Rozhodnutie</w:t>
      </w:r>
    </w:p>
    <w:p>
      <w:pPr>
        <w:pStyle w:val="Heading2"/>
      </w:pPr>
      <w:r>
        <w:t>Text rozhodnutia</w:t>
      </w:r>
    </w:p>
    <w:p>
      <w:r>
        <w:t>Súd: Krajský súd Bratislava Spisová značka: 4Sp/30/2012 Identifikačné číslo súdneho spisu: 1012200724 Dátum vydania rozhodnutia: 16. 04. 2012 Meno a priezvisko sudcu, VSÚ: JUDr. Ľubomír Šramko ECLI: ECLI:SK:KSBA:2012:1012200724.1 Rozhodnutie Krajský súd v Bratislave v právnej veci navrhovateľky: pani W. R., bytom Š. XX, T. proti odporcovi: Centrum právnej pomoci so sídlom Námestie slobody 12, Bratislava (Kancelária Hlohovec, M.R.Štefánika 1, Hlohovec) v konaní o opravnom prostriedku navrhovateľky zo dňa 20.3.2012 proti rozhodnutiu odporcu Sp. zn.: N 573/12 zo dňa 5.3.2012 takto r o z h o d o l : Krajský súd v Bratislave postupuje vec vedenú pod sp. zn. 4Sp/30/2012 miestne príslušnému Krajskému súdu v Nitre. o d ô v o d n e n i e : Dňa 2.4.2012 bol konajúcemu Krajskému súdu v Bratislave (ďalej len súd) doručený návrh - opravný prostriedok z 20.3.2012, ktorým sa navrhovateľka domáhala zrušenia napadnutého rozhodnutia odporcu Sp. zn.: N 573/12 zo dňa 5.3.2012. Napadnutým rozhodnutím odporca nepriznal navrhovateľke nárok na poskytnutie právnej pomoci. Ako to je zrejmé z adresy, uvedenej na návrhu, ako aj zo samotného administratívneho spisu, navrhovateľka má trvalé bydlisko v T. na Š. O.. Č.. XX. Podľa ust. § 11 ods.1 Občianskeho súdneho poriadku v platnom znení (ďalej len O.s.p.) konanie sa uskutočňuje na tom súde, ktorý je vecne a miestne príslušný. Príslušnosť sa určuje podľa okolností, ktoré tu sú v čase začatia konania a trvá až do jeho skončenia. Podľa ust. § 250l ods.1 Občianskeho súdneho poriadku (ďalej len O.s.p.) podľa ustanovení tejto hlavy sa postupuje v prípadoch, v ktorých zákon zveruje súdom rozhodovanie o opravných prostriedkoch proti neprávoplatným rozhodnutiam správnych orgánov. Podľa ust. ods. 2 citovaného zákonného ustanovenia pokiaľ v tejto hlave nie je ustanovené inak, použije sa primerane ustanovenie druhej hlavy s výnimkou § 250 a. Podľa ust. § 246 ods. 1 O.s.p. na preskúmavanie rozhodnutí a postupov sú vecne príslušné krajské súdy, ak zákon neustanovuje inak. Podľa ust. § 246a ods.2 O.s.p. v konaní podľa tretej hlavy tejto časti je miestne príslušný všeobecný súd navrhovateľa alebo krajský súd, v obvode ktorého je tento súd. Podľa ust § 85 ods. 1 O.s.p. všeobecným súdom občana je súd, v obvode ktorého má občan bydlisko, a ak nemá bydlisko, súd, v obvode ktorého sa zdržuje. Podľa ust. § 250d ods.2 O.s.p. ak predseda senátu zistí, že súd nie je vecne alebo miestne príslušný, postúpi vec uznesením príslušnému súdu. S poukazom na vyššie citované zákonné ustanovenia súd skúmal svoju miestnu príslušnosť na konanie. Z podaného návrhu - opravného prostriedku proti rozhodnutiu odporcu, ako aj z obsahu administratívneho spisu odporcu súd zistil, ako to bolo vyššie uvedené, že navrhovateľka má bydlisko v T., teda jej všeobecným súdom je Okresný súd Nitra, pričom tento súd je v obvode Krajského súdu v Nitre. Nakoľko predmetom súdneho konania je preskúmanie rozhodnutia odporcu podľa § 250l a nasl. O.s.p., súd dospel k názoru, že na prejednanie nie je miestne príslušný a že na jej prejednanie je miestne príslušný Krajský súd v Nitre. Preto súd rozhodol tak, ako to je uvedené vo výrokovej časti tohto uznesenia. Po právoplatnosti tohto uznesenia bude spis zaslaný miestne príslušnému Krajskému súdu v Nitre, ktorý vec prejedná a rozhodne v jej merite. Poučenie: Proti tomuto uzneseniu odvolanie nie je prípustné.</w:t>
      </w:r>
    </w:p>
    <w:p/>
    <w:p>
      <w:r>
        <w:t>Zdroj: KAUZIS.SK – https://www.kauzis.sk/judikatura/r/ECLI:SK:KSBA:2012:1012200724.1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