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Platobný rozkaz Krajského súdu Bratislava sp. zn. 2Cbi/7/2012 z 9. 5. 2012</w:t>
      </w:r>
    </w:p>
    <w:p>
      <w:r>
        <w:t>Platobný rozkaz Krajského súdu Bratislava z 9. mája 2012, sp. zn. 2Cbi/7/2012, ECLI:SK:KSBA:2012:1012200725.1</w:t>
      </w:r>
    </w:p>
    <w:p>
      <w:r>
        <w:t>Súd: Krajský súd Bratislava</w:t>
      </w:r>
    </w:p>
    <w:p>
      <w:r>
        <w:t>Spisová značka: 2Cbi/7/2012</w:t>
      </w:r>
    </w:p>
    <w:p>
      <w:r>
        <w:t>ECLI: ECLI:SK:KSBA:2012:1012200725.1</w:t>
      </w:r>
    </w:p>
    <w:p>
      <w:r>
        <w:t>Dátum vydania: 9. 5. 2012</w:t>
      </w:r>
    </w:p>
    <w:p>
      <w:r>
        <w:t>Forma: Platobný rozkaz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2Cbi/7/2012 Identifikačné číslo súdneho spisu: 1012200725 Dátum vydania rozhodnutia: 10. 05. 2012 Meno a priezvisko sudcu, VSÚ: Mgr. Štefan Zelenák ECLI: ECLI:SK:KSBA:2012:1012200725.1 Platobný rozkaz Krajský súd v Bratislave v právnej veci žalobcu: JUDr. Fadi Fardous Štúrova 21 949 01 Nitra správca konkurznej podstaty úpadcu: SIETE s. r. o., Štverník 662, 906 13 Brezová pod Bradlom, IČO: 31 439 519 proti žalovanému: L.. Ľ. X. Štefánikova 696 905 01 Senica o zaplatenie istiny vo výške 331, 94 EUR s príslušenstvom takto r o z h o d o l : Žalovaný je povinný do 15 dní odo dňa doručenia platobného rozkazu zaplatiť žalobcovi istinu vo výške 331,94 EUR s 9 % úrokom z omeškania ročne od 25.05.2010 až do zaplatenia. Poučenie: Proti platobnému rozkazu je možné podať odpor do 15 dní od doručenia tohto platobného rozkazu na tunajšom súde, písomne, dvojmo. Platobný rozkaz, proti ktorému nebol podaný odpor s odôvodnením má účinky právoplatného rozsudku ( § 174 ods.1 O. s. p.). Ak čo len jeden z odporcov podá včas odpor s odôvodnením vo veci samej, zrušuje sa tým platobný rozkaz v plnom rozsahu a súd nariadi pojednávanie ( § 174 ods. 2 O. s. p.). Opravným prostriedkom len proti výroku o trovách konania je odvolanie, o ktorom bez pojednávania rozhodne súd, ktorý vydal platobný rozkaz ( § 174 ods.2 O. s. p.). Súd uznesením odmietne odpor, ktorý bol podaný oneskorene, bez odôvodnenia vo veci samej; o týchto následkoch musí byť účastník poučený v platobnom rozkaze, neoprávnenou osobou ( § 174 ods. 3 O. s. p.). Podľa zákona č.71/1992 Zb. o súdnych poplatkoch v znení neskorších právnych predpisov sa podľa rovnakej sadzby ako za návrh platí poplatok pri návrhoch na vydanie platobného rozkazu.</w:t>
      </w:r>
    </w:p>
    <w:p/>
    <w:p>
      <w:r>
        <w:t>Zdroj: KAUZIS.SK – https://www.kauzis.sk/judikatura/r/ECLI:SK:KSBA:2012:1012200725.1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