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5Sd/114/2012 z 18. 12. 2012</w:t>
      </w:r>
    </w:p>
    <w:p>
      <w:r>
        <w:t>Uznesenie Krajského súdu Bratislava z 18. decembra 2012, sp. zn. 5Sd/114/2012, ECLI:SK:KSBA:2012:1012200749.1</w:t>
      </w:r>
    </w:p>
    <w:p>
      <w:r>
        <w:t>Súd: Krajský súd Bratislava</w:t>
      </w:r>
    </w:p>
    <w:p>
      <w:r>
        <w:t>Spisová značka: 5Sd/114/2012</w:t>
      </w:r>
    </w:p>
    <w:p>
      <w:r>
        <w:t>ECLI: ECLI:SK:KSBA:2012:1012200749.1</w:t>
      </w:r>
    </w:p>
    <w:p>
      <w:r>
        <w:t>Dátum vydania: 18.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5Sd/114/2012 Identifikačné číslo súdneho spisu: 1012200749 Dátum vydania rozhodnutia: 19. 12. 2012 Meno a priezvisko sudcu, VSÚ: JUDr. Milota Tóthová ECLI: ECLI:SK:KSBA:2012:1012200749.1 Uznesenie Krajský súd v Bratislave v právnej veci navrhovateľky Ľ. G., bytom N. XXXX/X, R.,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18.1.2012 žiadala preskúmať rozhodnutie odporkyne číslo XXX XXX XXXX zo dňa 28.11.2011, ktorým odporkyňa priznala invalidný dôchodok od 7.3.2011 v sume 123,60 eur mesačne (miera poklesu schopnosti vykonávať zárobkovú činnosť bola určená v rozsahu 50%). Písomným prehlásením zo dňa 8.7.2012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https://www.kauzis.sk/judikatura/r/ECLI:SK:KSBA:2012:1012200749.1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