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8Sd/13/2012 z 6. 6. 2012</w:t>
      </w:r>
    </w:p>
    <w:p>
      <w:r>
        <w:t>Uznesenie Krajského súdu Bratislava z 6. júna 2012, sp. zn. 8Sd/13/2012, ECLI:SK:KSBA:2012:1012200761.1</w:t>
      </w:r>
    </w:p>
    <w:p>
      <w:r>
        <w:t>Súd: Krajský súd Bratislava</w:t>
      </w:r>
    </w:p>
    <w:p>
      <w:r>
        <w:t>Spisová značka: 8Sd/13/2012</w:t>
      </w:r>
    </w:p>
    <w:p>
      <w:r>
        <w:t>ECLI: ECLI:SK:KSBA:2012:1012200761.1</w:t>
      </w:r>
    </w:p>
    <w:p>
      <w:r>
        <w:t>Dátum vydania: 6. 6. 2012</w:t>
      </w:r>
    </w:p>
    <w:p>
      <w:r>
        <w:t>Forma: Uznesenie</w:t>
      </w:r>
    </w:p>
    <w:p>
      <w:pPr>
        <w:pStyle w:val="Heading2"/>
      </w:pPr>
      <w:r>
        <w:t>Text rozhodnutia</w:t>
      </w:r>
    </w:p>
    <w:p>
      <w:r>
        <w:t>Súd: Krajský súd Bratislava Spisová značka: 8Sd/13/2012 Identifikačné číslo súdneho spisu: 1012200761 Dátum vydania rozhodnutia: 07. 06. 2012 Meno a priezvisko sudcu, VSÚ: JUDr. Peter Pospech ECLI: ECLI:SK:KSBA:2012:1012200761.1 Uznesenie Krajský súd v Bratislave v právnej veci navrhovateľa: L. X., nar. XX.XX.XXXX, bytom E.C. XX, V., proti odporkyni: Sociálna poisťovňa - ústredie, so sídlom: Ul. 29. augusta 8, Bratislava, o výplatu vdoveckého dôchodku, takto r o z h o d o l : Súd konanie z a s t a v u j e . Žiaden z účastníkov n e m á právo na náhradu trov konania. o d ô v o d n e n i e : Navrhovateľ svojim návrhom zo dňa 28.02.2012 žiadal preskúmať rozhodnutie odporkyne číslo: XXX XXX XXXX zo dňa 13.02.2012, ktorým mu bola zastavená výplata vdoveckého dôchodku. Novým rozhodnutím č. XXX XXX XXXX zo dňa 15.03.2012 odporkyňa zrušila rozhodnutie číslo: XXX XXX XXXX zo dňa 13.02.2012 o povinnosti vrátiť neprávom vyplatený vdovecký dôchodok. Podľa § 250o O.s.p. , ak správny orgán, ktorého rozhodnutie súd preskúmava vydá nové rozhodnutie, ktorým návrhu celkom vyhovie, súd uznesením konanie zastaví. Pretože rozhodnutím č. XXX XXX XXXX zo dňa 13.02.2012 bolo celkom vyhovené návrhu (odvolaniu) navrhovateľky, súd v zmysle § 250o O.s.p. konanie zastavil. O trovách konania súd rozhodol podľa § 146 ods. 1 písm. c/ O.s.p. (§ 250l ods.2, § 246c O.s.p.). Poučenie: Proti tomuto rozsudku je možné podať odvolanie v lehote 15 dní od jeho doručenia na Krajský súd v Bratislave, písomne, dvojmo.</w:t>
      </w:r>
    </w:p>
    <w:p/>
    <w:p>
      <w:r>
        <w:t>Zdroj: KAUZIS.SK – https://www.kauzis.sk/judikatura/r/ECLI:SK:KSBA:2012:1012200761.1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