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4S/79/2012 z 31. 5. 2012</w:t>
      </w:r>
    </w:p>
    <w:p>
      <w:r>
        <w:t>Uznesenie Krajského súdu Bratislava z 31. mája 2012, sp. zn. 4S/79/2012, ECLI:SK:KSBA:2012:1012200774.1</w:t>
      </w:r>
    </w:p>
    <w:p>
      <w:r>
        <w:t>Súd: Krajský súd Bratislava</w:t>
      </w:r>
    </w:p>
    <w:p>
      <w:r>
        <w:t>Spisová značka: 4S/79/2012</w:t>
      </w:r>
    </w:p>
    <w:p>
      <w:r>
        <w:t>ECLI: ECLI:SK:KSBA:2012:1012200774.1</w:t>
      </w:r>
    </w:p>
    <w:p>
      <w:r>
        <w:t>Dátum vydania: 31.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4S/79/2012 Identifikačné číslo súdneho spisu: 1012200774 Dátum vydania rozhodnutia: 01. 06. 2012 Meno a priezvisko sudcu, VSÚ: JUDr. Soňa Langová ECLI: ECLI:SK:KSBA:2012:1012200774.1 Uznesenie Krajský súd v Bratislave v právnej veci žalobkyne: P. X., X. X/XX, Y. Q. T., zastúpenej advokátkou: JUDr. Danielou Ježovou, Javorinská 13, 811 03 Bratislava proti žalovaným: 1/ Štátna energetická inšpekcia, Krajský inšpektorát Košice, Krivá 23, 041 94 Košice, 2/ Ministerstvo hospodárstva Slovenskej republiky, Mierová 19, 827 15 Bratislava o preskúmanie zákonnosti rozhodnutia žalovaného v 1. rade, zn. 782/1702/2011 zo dňa 25.10.2011, takto r o z h o d o l : Súd konanie z a s t a v u j e. Žiaden z účastníkov nemá právo na náhradu trov konania. o d ô v o d n e n i e : Podanou žalobou sa žalobkyňa domáhala preskúmania oznámenia žalovaného v 1. rade, zn. 782/1702/2011 zo dňa 25.10.2011. Pred rozhodnutím vo veci samej žalobkyňa prostredníctvom svojej právnej zástupkyne podaním doručeným tunajšiemu súdu dňa 17.5.2012 oznámila, že berie žalobu späť z dôvodu, že napadnuté oznámenie nie je rozhodnutím vo veci samej.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späť. O trovách konania súd rozhodol podľa ust. § 146 ods. 1 písm. c/ v spojení s ust. § 246c O.s.p. tak, že žiadnemu z účastníkov nepriznal náhradu trov konania, pretože pre iný postup nebol dôvod. Súd nerozhodol o vrátení súdneho poplatku v zmysle požiadavky právnej zástupkyne žalobcu, pretože tento nebol v konaní doposiaľ uhradený. Rozhodnutie bolo jednomyseľne odhlasované všetkými členmi senátu. Poučenie: Proti tomuto uzneseniu je možné podať odvolanie do 15 dní odo dňa jeho doručenia na Krajskom súde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https://www.kauzis.sk/judikatura/r/ECLI:SK:KSBA:2012:1012200774.1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