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8Scud/4/2012 z 16. 12. 2012</w:t>
      </w:r>
    </w:p>
    <w:p>
      <w:r>
        <w:t>Uznesenie Krajského súdu Bratislava z 16. decembra 2012, sp. zn. 8Scud/4/2012, ECLI:SK:KSBA:2012:1012200868.1</w:t>
      </w:r>
    </w:p>
    <w:p>
      <w:r>
        <w:t>Súd: Krajský súd Bratislava</w:t>
      </w:r>
    </w:p>
    <w:p>
      <w:r>
        <w:t>Spisová značka: 8Scud/4/2012</w:t>
      </w:r>
    </w:p>
    <w:p>
      <w:r>
        <w:t>ECLI: ECLI:SK:KSBA:2012:1012200868.1</w:t>
      </w:r>
    </w:p>
    <w:p>
      <w:r>
        <w:t>Dátum vydania: 16.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8Scud/4/2012 Identifikačné číslo súdneho spisu: 1012200868 Dátum vydania rozhodnutia: 17. 12. 2012 Meno a priezvisko sudcu, VSÚ: JUDr. Peter Pospech ECLI: ECLI:SK:KSBA:2012:1012200868.1 Uznesenie Krajský súd v Bratislave v právnej veci navrhovateľka: Z. J., R.. XX.XX.XXXX, D. H. V. B.. XX, X E. XX, XXXX Z., K. W., proti odporcovi: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12.03.2012, žiadala preskúmať rozhodnutie odporkyne číslo XXX XXX XXXX zo dňa 11.01.2012, ktorým odporkyňa zamietla žiadosť navrhovateľky o starobný dôchodok ku dňu 12.06.2012. Písomným prehlásením došlým dňa 12.09.2012 Sociálnej poisťovni - ústredie v Bratislave, navrhovateľka vzala späť návrh v celom rozsahu a žiadala konanie zastaviť. Odporkyňa nemala námietky k zastaveniu konania. Súd podľa § 250d ods. 3 v spojení s § 250h ods. 2 a § 2501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https://www.kauzis.sk/judikatura/r/ECLI:SK:KSBA:2012:1012200868.1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