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5Sd/142/2012 z 17. 7. 2012</w:t>
      </w:r>
    </w:p>
    <w:p>
      <w:r>
        <w:t>Uznesenie Krajského súdu Bratislava z 17. júla 2012, sp. zn. 5Sd/142/2012, ECLI:SK:KSBA:2012:1012200876.1</w:t>
      </w:r>
    </w:p>
    <w:p>
      <w:r>
        <w:t>Súd: Krajský súd Bratislava</w:t>
      </w:r>
    </w:p>
    <w:p>
      <w:r>
        <w:t>Spisová značka: 5Sd/142/2012</w:t>
      </w:r>
    </w:p>
    <w:p>
      <w:r>
        <w:t>ECLI: ECLI:SK:KSBA:2012:1012200876.1</w:t>
      </w:r>
    </w:p>
    <w:p>
      <w:r>
        <w:t>Dátum vydania: 17. 7. 2012</w:t>
      </w:r>
    </w:p>
    <w:p>
      <w:r>
        <w:t>Forma: Uznesenie</w:t>
      </w:r>
    </w:p>
    <w:p>
      <w:pPr>
        <w:pStyle w:val="Heading2"/>
      </w:pPr>
      <w:r>
        <w:t>Text rozhodnutia</w:t>
      </w:r>
    </w:p>
    <w:p>
      <w:r>
        <w:t>Súd: Krajský súd Bratislava Spisová značka: 5Sd/142/2012 Identifikačné číslo súdneho spisu: 1012200876 Dátum vydania rozhodnutia: 18. 07. 2012 Meno a priezvisko sudcu, VSÚ: JUDr. Milota Tóthová ECLI: ECLI:SK:KSBA:2012:1012200876.1 Uznesenie Krajský súd v Bratislave v právnej veci navrhovateľky M. B., bytom Q. X, X.,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2.2.2010 žiadala preskúmať rozhodnutie odporkyne číslo XXX XXX XXXX zo dňa 3.1.2012, ktorým odporkyňa znížila sumu invalidného dôchodku. Prehlásením na pojednávaní dňa 18.7.2012 navrhovateľka vzala späť návrh zo dňa 2.2.2012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https://www.kauzis.sk/judikatura/r/ECLI:SK:KSBA:2012:1012200876.1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