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5S/169/2012 z 21. 10. 2012</w:t>
      </w:r>
    </w:p>
    <w:p>
      <w:r>
        <w:t>Uznesenie Krajského súdu Bratislava z 21. októbra 2012, sp. zn. 5S/169/2012, ECLI:SK:KSBA:2012:1012200878.1</w:t>
      </w:r>
    </w:p>
    <w:p>
      <w:r>
        <w:t>Súd: Krajský súd Bratislava</w:t>
      </w:r>
    </w:p>
    <w:p>
      <w:r>
        <w:t>Spisová značka: 5S/169/2012</w:t>
      </w:r>
    </w:p>
    <w:p>
      <w:r>
        <w:t>ECLI: ECLI:SK:KSBA:2012:1012200878.1</w:t>
      </w:r>
    </w:p>
    <w:p>
      <w:r>
        <w:t>Dátum vydania: 21.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5S/169/2012 Identifikačné číslo súdneho spisu: 1012200878 Dátum vydania rozhodnutia: 22. 10. 2012 Meno a priezvisko sudcu, VSÚ: Mgr. Helena Marcinkechová ECLI: ECLI:SK:KSBA:2012:1012200878.1 Uznesenie Krajský súd v Bratislave v právnej veci žalobkyne: H. S., bytom 8. mája XXX/XX, 089 01 Svidník, zastúpená: JUDr. Martin Ribár, Mickiewiczova 2, 811 07 Bratislava1, proti žalovanému: Katastrálny úrad v Bratislave, Chlumeckého 2, 821 03 Bratislava, o preskúmanie zákonnosti rozhodnutia žalovaného č. Xo 9/12-BK zo dňa 8.3.2012, takto r o z h o d o l : Krajský súd v Bratislave p r i b e r á do konania účastníkov správneho konania : SANPARK, s.r.o., IČO: 31 587 704, so sídlom Námestie SNP 13, 811 06 Bratislava Tatra banka, a.s., IČO: 00 686 930, so sídlom Hodžovo námestie 3,811 06 Bratislava 1 o d ô v o d n e n i e : Žalobou doručenou tunajšiemu súdu dňa 11.5.2012 sa žalobca domáhal preskúmania rozhodnutia žalovaného č. Xo X/XX-BK zo dňa 8.3.2012, ktorým žalovaný zamietol odvolanie žalobkyne proti rozhodnutiu Správy katastra pre hlavné mesto Slovenskej republiky Bratislavu č. X-XXX/XXXX/opr. zo dňa 2.11.2011 a prvostupňové rozhodnutie potvrdil. Rozhodnutím č. X-XXX/XXXX/opr. zo dňa 2.11.2011 prvostupňový orgán rozhodol tak, že podľa § 59 ods. 1 písm. a) katastrálneho zákona opravil údaj v katastri nehnuteľností tak, že na liste vlastníctva č. XXXX, k.ú. Trnávka, na ktorom je vedený o.i.byt č. X-DX.X na 2.p., vchod Galvaniho 29, v stavbe so súp. č. XXXXX-Obytný súbor H. - blok D, postavený na pozemku registra „C“ parc. č. XXXXX/XXX s prislúchajúcim spoluvlastníckym podielom na spoločných častiach a spoločných zariadeniach domu a spoluvlastníckym podielom na pozemku o veľkosti XXXX/ XXXXXX vo vlastníctve pod por. č. X žalobkyne v celosti sa vymazalo v časti „C“ ťarchy por. č. 4: Záložné právo v prospech SANPARK, s.r.o., Námestie SNP 13, Bratislava, IČO: 31 587 704 na parc. č. XXXXX/ XXX podľa V-XXXX/XX zo dňa XX.X.XXXX, podľa V-XXXXX/XX zo dňa XX.X.XX (GP č. XXX/XX)-VZ XXX/XX, VZ XX/XX, na základe zmluvy o postúpení pohľadávok Z-XXXXX/XX, por. č. 4: Záložné právo na pozemok p.č. XXXXX/XXX v prospech Tatra banky, a.s., Hodžovo nám. 3, Bratislava, IČO: 686930, podľa V-XXXXX/XX zo dňa 15.1.07-VZ 17/07 a zapísal v časti „C“ - ťarchy por. č. 4 Záložné právo v prospech SANPARK, s.r.o., Námestie SNP 13, Bratislava, IČO 31 587 704 na parc. č. XXXXX/XXX podľa V- XXXX/XX zo dňa XX.X.XXXX-vz XXX/XX, GP č. XXX/XX, V-XXXXX/XX - vzXX/XX, na základe zmluvy o postúpení pohľadávok, Z-XXXXX/X, Por. č. 4 Záložné právo v prospech SANPARK, s.r.o., Námestie SNP, Bratislava, IČO: 31 587 704 na pozemok p.č. XXXXX/XXX, podľa V-XXXXX/XX zo dňa 15.1.07-VZ XX/XX, zmluva o postúpení pohľadávkyZ-XXXXX/XX, por. č. 4, záložné právo v prospech Tatra banky, a.s., Hodžovo nám. 3, Bratislava, IČO: 00686930 na rozostavanú stavbu „obytný súbor AVIDOL, 470 b.j.“, postavenú na pozemku registra „C“, parc. č. XXXXX/XXX, podľa V-XXXXX/XX zo dňa 15.1.2007-vz17/07. Podľa § 250 ods. 1 O.s.p. účastníkmi konania sú žalobca a žalovaný. Súd aj bez návrhu uznesením priberie do konania účastníka správneho konania, ktorého práva a povinnosti by mohli byť zrušením správneho konania dotknuté. Keďže zrušením rozhodnutia potvrdzujúceho rozhodnutie o oprave chýb v katastrálnom operáte, ktorým bolo zapísané záložné právo na uvedené pozemky v prospech spoločnosti SANPARK, s.r.o. a záložné právo na rozostavanú stavbu v prospech Tatra banky, a.s., by mohli byť dotknuté práva týchto účastníkov, pribral ich súd v súlade s § 250 ods. 1 O.s.p. do konania.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d) O.s.p. v spojení s § 374 ods. 4).</w:t>
      </w:r>
    </w:p>
    <w:p/>
    <w:p>
      <w:r>
        <w:t>Zdroj: KAUZIS.SK – https://www.kauzis.sk/judikatura/r/ECLI:SK:KSBA:2012:1012200878.1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