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4Sp/46/2012 z 6. 8. 2012</w:t>
      </w:r>
    </w:p>
    <w:p>
      <w:r>
        <w:t>Uznesenie Krajského súdu Bratislava z 6. augusta 2012, sp. zn. 4Sp/46/2012, ECLI:SK:KSBA:2012:1012200895.1</w:t>
      </w:r>
    </w:p>
    <w:p>
      <w:r>
        <w:t>Súd: Krajský súd Bratislava</w:t>
      </w:r>
    </w:p>
    <w:p>
      <w:r>
        <w:t>Spisová značka: 4Sp/46/2012</w:t>
      </w:r>
    </w:p>
    <w:p>
      <w:r>
        <w:t>ECLI: ECLI:SK:KSBA:2012:1012200895.1</w:t>
      </w:r>
    </w:p>
    <w:p>
      <w:r>
        <w:t>Dátum vydania: 6.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4Sp/46/2012 Identifikačné číslo súdneho spisu: 1012200895 Dátum vydania rozhodnutia: 07. 08. 2012 Meno a priezvisko sudcu, VSÚ: JUDr. Ľubomír Šramko ECLI: ECLI:SK:KSBA:2012:1012200895.1 Uznesenie Krajský súd v Bratislave v právnej veci navrhovateľky: pani E. T.Ó., narodenej XXX.X.XXXX, trvale bytom H. X/X, J., prechodne bytom (doručovacia adresa) A. XX/XX, J. proti odporcovi: Centrum právnej pomoci - Kancelária Nové Zámky so sídlom Podzámska 25, Nové Zámky v konaní o opravnom prostriedku navrhovateľky proti rozhodnutiu odporcu Sp. zn.: N 980/12, Ev. č.: 362/12 zo dňa 13.4.2012 takto r o z h o d o l : Krajský súd v Bratislave postupuje vec vedenú pod sp. zn. 4Sp/46/2012 miestne príslušnému Krajskému súdu v Banskej Bystrici. o d ô v o d n e n i e : Dňa 16.5.2012 bol konajúcemu Krajskému súdu v Bratislave (ďalej len súd) doručený návrh - opravný prostriedok navrhovateľky zo dňa 14.5.2012 proti rozhodnutiu odporcu Sp. zn.: N 980/12, Ev. č.: 362/12 zo dňa 13.4.2012,ktorým odporca navrhovateľke nepriznal právo na poskytnutie právnej pomoci. Ako to je zrejmé z adresy, uvedenej na samotnom návrhu, ako aj o textu napadnutého rozhodnutia, navrhovateľka má trvalý (a aj prechodný) pobyt v Komárne. Podľa ust. § 246a ods.2/ O.s.p. v konaní podľa tretej hlavy tejto časti je miestne príslušný všeobecný súd navrhovateľa alebo krajský súd, v obvode ktorého je tento súd. Podľa ust. § 10 ods.5 zák. č. 327/2005 Z.z. centrum rozhodne o žiadosti do 30 dní od doručenia žiadosti, ktorá spĺňa náležitosti podľa odseku 1; túto lehotu nemožno predĺžiť. Proti rozhodnutiu možno podať odvolanie v lehote 15 dní od doručenia rozhodnutia na príslušný krajský súd; o tomto centrum žiadateľa náležite poučí v odôvodnení rozhodnutia. Podľa ust. § 14c písm. b/ zák. č.371/2004 Z.z. na konanie o opravných prostriedkoch proti rozhodnutiam vydaným v konaní o poskytnutí právnej pomoci podľa osobitného predpisu je príslušný Krajský súd v Banskej Bystrici pre obvod Krajského súdu v Banskej Bystrici, Krajského súdu v Žiline, Krajského súdu v Nitre. Podľa ust. § 85 ods,1/ O.s.p. všeobecným súdom občana je súd, v ktorého obvode má občan bydlisko, a ak nemá bydlisko, súd, v ktorého obvode sa zdržuje. Podľa ust. § 3 ods. 4 citovaného zákona sídlom Krajského súdu v Nitre je mesto Nitra; jeho obvod tvoria obvody týchto súdov: a) Okresného súdu Nitra, b) Okresného súdu Komárno, c) Okresného súdu Levice, d) Okresného súdu Nové Zámky, e) Okresného súdu Topoľčany. Podľa ust. § 250d ods.2/ O.s.p. ak predseda senátu zistí, že súd nie je vecne alebo miestne príslušný, postúpi vec uznesením príslušnému súdu. S poukazom na vyššie citované zákonné ustanovenia súd skúmal svoju miestnu príslušnosť na konanie. Z podaného návrhu - opravného prostriedku proti rozhodnutiu odporcu súd zistil, ako to bolo vyššie uvedené, že odvolanie bolo podané navrhovateľkou, ktorá má trvalý a aj prechodný pobyt v Komárne. Označené mesto sa nachádza v územnom obvode Okresného súdu Komárno, ktorý je všeobecným súdom navrhovateľky. Okresný súd Komárno sa nachádza v obvode Krajského súdu v Nitre, teda s poukazom na vyššie citované ust. § 14c písm. b/ zák. č.371/2004 Z.z. na rozhodovanie o opravnom prostriedku proti napadnutému rozhodnutiu odporcu je miestne príslušný Krajský súd v Banskej Bystrici. Preto súd rozhodol tak, ako to je uvedené vo výrokovej časti tohto uznesenia. Po právoplatnosti tohto uznesenia bude spis zaslaný miestne príslušnému Krajskému súdu v Banskej Bystrici, ktorý vec prejedná a rozhodne v jej merite. Poučenie: P o u č e n i e : Proti tomuto uzneseniu odvolanie nie je prípustné.</w:t>
      </w:r>
    </w:p>
    <w:p/>
    <w:p>
      <w:r>
        <w:t>Zdroj: KAUZIS.SK – https://www.kauzis.sk/judikatura/r/ECLI:SK:KSBA:2012:1012200895.1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