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5Sd/182/2012 z 26. 9. 2012</w:t>
      </w:r>
    </w:p>
    <w:p>
      <w:r>
        <w:t>Uznesenie Krajského súdu Bratislava z 26. septembra 2012, sp. zn. 5Sd/182/2012, ECLI:SK:KSBA:2012:1012201060.1</w:t>
      </w:r>
    </w:p>
    <w:p>
      <w:r>
        <w:t>Súd: Krajský súd Bratislava</w:t>
      </w:r>
    </w:p>
    <w:p>
      <w:r>
        <w:t>Spisová značka: 5Sd/182/2012</w:t>
      </w:r>
    </w:p>
    <w:p>
      <w:r>
        <w:t>ECLI: ECLI:SK:KSBA:2012:1012201060.1</w:t>
      </w:r>
    </w:p>
    <w:p>
      <w:r>
        <w:t>Dátum vydania: 26.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5Sd/182/2012 Identifikačné číslo súdneho spisu: 1012201060 Dátum vydania rozhodnutia: 27. 09. 2012 Meno a priezvisko sudcu, VSÚ: JUDr. Milota Tóthová ECLI: ECLI:SK:KSBA:2012:1012201060.1 Uznesenie Krajský súd v Bratislave v právnej veci navrhovateľky G. Q., bytom Na S. XXX/X, N.,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15.3.2012 žiadala preskúmať rozhodnutie odporkyne číslo XXX XXX XXXX X zo dňa 28.2.2012, ktorým odporkyňa zamietla žiadosť o invalidný dôchodok z 13. februára 2012. Písomným prehlásením zo dňa 11.6.2012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https://www.kauzis.sk/judikatura/r/ECLI:SK:KSBA:2012:1012201060.1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