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5Sd/184/2012 z 23. 10. 2012</w:t>
      </w:r>
    </w:p>
    <w:p>
      <w:r>
        <w:t>Uznesenie Krajského súdu Bratislava z 23. októbra 2012, sp. zn. 5Sd/184/2012, ECLI:SK:KSBA:2012:1012201069.1</w:t>
      </w:r>
    </w:p>
    <w:p>
      <w:r>
        <w:t>Súd: Krajský súd Bratislava</w:t>
      </w:r>
    </w:p>
    <w:p>
      <w:r>
        <w:t>Spisová značka: 5Sd/184/2012</w:t>
      </w:r>
    </w:p>
    <w:p>
      <w:r>
        <w:t>ECLI: ECLI:SK:KSBA:2012:1012201069.1</w:t>
      </w:r>
    </w:p>
    <w:p>
      <w:r>
        <w:t>Dátum vydania: 23. 10. 2012</w:t>
      </w:r>
    </w:p>
    <w:p>
      <w:r>
        <w:t>Forma: Uznesenie</w:t>
      </w:r>
    </w:p>
    <w:p>
      <w:pPr>
        <w:pStyle w:val="Heading2"/>
      </w:pPr>
      <w:r>
        <w:t>Text rozhodnutia</w:t>
      </w:r>
    </w:p>
    <w:p>
      <w:r>
        <w:t>Súd: Krajský súd Bratislava Spisová značka: 5Sd/184/2012 Identifikačné číslo súdneho spisu: 1012201069 Dátum vydania rozhodnutia: 24. 10. 2012 Meno a priezvisko sudcu, VSÚ: JUDr. Milota Tóthová ECLI: ECLI:SK:KSBA:2012:1012201069.1 Uznesenie Krajský súd v Bratislave v právnej veci navrhovateľky V. B., bytom T. XXXX/X, Q.,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20.3.2012 žiadala preskúmať rozhodnutie odporkyne číslo XXX XXX XXXX X zo dňa 13.3.2012, ktorým odporkyňa zamietla žiadosť o invalidný dôchodok z 31. januára 2012. Napriek tomu, že navrhovateľka vo svojom vyjadrení zo dňa 8.10.2012, ktoré došlo súdu dňa 9.10.2012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https://www.kauzis.sk/judikatura/r/ECLI:SK:KSBA:2012:1012201069.1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