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1S/137/2012 z 11. 7. 2012</w:t>
      </w:r>
    </w:p>
    <w:p>
      <w:r>
        <w:t>Uznesenie Krajského súdu Bratislava z 11. júla 2012, sp. zn. 1S/137/2012, ECLI:SK:KSBA:2012:1012201087.1</w:t>
      </w:r>
    </w:p>
    <w:p>
      <w:r>
        <w:t>Súd: Krajský súd Bratislava</w:t>
      </w:r>
    </w:p>
    <w:p>
      <w:r>
        <w:t>Spisová značka: 1S/137/2012</w:t>
      </w:r>
    </w:p>
    <w:p>
      <w:r>
        <w:t>ECLI: ECLI:SK:KSBA:2012:1012201087.1</w:t>
      </w:r>
    </w:p>
    <w:p>
      <w:r>
        <w:t>Dátum vydania: 11.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1S/137/2012 Identifikačné číslo súdneho spisu: 1012201087 Dátum vydania rozhodnutia: 12. 07. 2012 Meno a priezvisko sudcu, VSÚ: JUDr. Monika Valašíková PhD. ECLI: ECLI:SK:KSBA:2012:1012201087.1 Uznesenie Krajský súd v Bratislave v právnej veci žalobcu: Vladimír Jánoš - MAXI FRUIT, Karpatská 9, Marianka, právne zastúpený: Advokátska kancelária BARRISTER s.r.o., Vlárska 32, Bratislava proti žalovanému: Finančné riaditeľstvo SR, Vazovova 2, Bratislava o návrhu na odklad vykonateľnosti, takto r o z h o d o l : Krajský súd v Bratislave odkladá vykonateľnosť rozhodnutia žalovaného č. 1020502/1/141598/2011/5062-r zo dňa 16.4.2012 v spojení s dodatočným platobným výmerom Daňového úradu Malacky zo dňa 2.11.2011 č. 606/230/54118/11 až do právoplatného rozhodnutia súdu vo veci samej. o d ô v o d n e n i e : Žalobca sa žalobou doručenou tunajšiemu súdu dňa 14.6.2012 domáhal preskúmania zákonnosti rozhodnutia žalovaného č. 1020502/1/141598/2011/5062-r zo dňa 16.4.2012. Žalobca zároveň požiadal súd o odklad vykonateľnosti uvedeného rozhodnutia žalovaného. Ako dôvod tejto žiadosti uviedol, že výkonom predmetného rozhodnutia žalovaného hrozí žalobcovi závažná ujma spočívajúca v exekúcii vyrubeného rozdielu dane z pridanej hodnoty, ktoré by mohlo mať na žalobcu existenčné dôsledky.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https://www.kauzis.sk/judikatura/r/ECLI:SK:KSBA:2012:1012201087.1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